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B0078" w14:textId="77777777" w:rsidR="009B1F84" w:rsidRDefault="00000000">
      <w:pPr>
        <w:jc w:val="center"/>
      </w:pPr>
      <w:r>
        <w:rPr>
          <w:b/>
          <w:sz w:val="28"/>
        </w:rPr>
        <w:t>SPECIFICAȚII TEHNICE MINIME/MAXIME</w:t>
      </w:r>
    </w:p>
    <w:p w14:paraId="685DDCEC" w14:textId="77777777" w:rsidR="009B1F84" w:rsidRDefault="00000000">
      <w:pPr>
        <w:jc w:val="center"/>
      </w:pPr>
      <w:r>
        <w:rPr>
          <w:b/>
        </w:rPr>
        <w:t>Materiale pentru servicii medicale individuale, materiale pentru susținerea sesiunilor educaționale de sănătate și echipamente pentru servicii medicale individuale</w:t>
      </w:r>
      <w:r>
        <w:rPr>
          <w:b/>
        </w:rPr>
        <w:br/>
        <w:t>Proiectul „Diosig – Copii Protejați, Comunitate Puternică”</w:t>
      </w:r>
    </w:p>
    <w:p w14:paraId="73F14810" w14:textId="77777777" w:rsidR="009B1F84" w:rsidRDefault="00000000">
      <w:pPr>
        <w:jc w:val="both"/>
      </w:pPr>
      <w:r>
        <w:rPr>
          <w:i/>
          <w:sz w:val="21"/>
        </w:rPr>
        <w:t>Notă: specificațiile de mai jos au fost formulate exclusiv pe baza caracteristicilor existente în documentul tehnic pus la dispoziție, fără indicarea unei mărci sau a unui producător și fără introducerea unor parametri tehnici suplimentari. Acolo unde caracteristicile permit, valorile au fost exprimate ca cerințe minime/maxime.</w:t>
      </w:r>
    </w:p>
    <w:p w14:paraId="0A667119" w14:textId="77777777" w:rsidR="009B1F84" w:rsidRDefault="00000000">
      <w:pPr>
        <w:spacing w:before="160" w:after="80"/>
      </w:pPr>
      <w:r>
        <w:rPr>
          <w:b/>
          <w:sz w:val="23"/>
        </w:rPr>
        <w:t>1. Glucometru portabil pentru monitorizarea glicemiei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6123"/>
      </w:tblGrid>
      <w:tr w:rsidR="009B1F84" w14:paraId="5BA29D4D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170D731F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Caracteristică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7A063816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Cerință tehnică minimă / maximă</w:t>
            </w:r>
          </w:p>
        </w:tc>
      </w:tr>
      <w:tr w:rsidR="009B1F84" w14:paraId="1CB117D1" w14:textId="77777777">
        <w:trPr>
          <w:jc w:val="center"/>
        </w:trPr>
        <w:tc>
          <w:tcPr>
            <w:tcW w:w="3515" w:type="dxa"/>
            <w:vAlign w:val="center"/>
          </w:tcPr>
          <w:p w14:paraId="08796FD0" w14:textId="77777777" w:rsidR="009B1F84" w:rsidRDefault="00000000">
            <w:r>
              <w:rPr>
                <w:b/>
                <w:sz w:val="21"/>
              </w:rPr>
              <w:t>Precizie</w:t>
            </w:r>
          </w:p>
        </w:tc>
        <w:tc>
          <w:tcPr>
            <w:tcW w:w="6123" w:type="dxa"/>
            <w:vAlign w:val="center"/>
          </w:tcPr>
          <w:p w14:paraId="35C33410" w14:textId="77777777" w:rsidR="009B1F84" w:rsidRDefault="00000000">
            <w:r>
              <w:rPr>
                <w:sz w:val="21"/>
              </w:rPr>
              <w:t>Conform standardului ISO 15197:2013</w:t>
            </w:r>
          </w:p>
        </w:tc>
      </w:tr>
      <w:tr w:rsidR="009B1F84" w14:paraId="7708E5D2" w14:textId="77777777">
        <w:trPr>
          <w:jc w:val="center"/>
        </w:trPr>
        <w:tc>
          <w:tcPr>
            <w:tcW w:w="3515" w:type="dxa"/>
            <w:vAlign w:val="center"/>
          </w:tcPr>
          <w:p w14:paraId="50EB63C6" w14:textId="77777777" w:rsidR="009B1F84" w:rsidRDefault="00000000">
            <w:r>
              <w:rPr>
                <w:b/>
                <w:sz w:val="21"/>
              </w:rPr>
              <w:t>Abatere pentru valori ale glicemiei sub 100 mg/dL</w:t>
            </w:r>
          </w:p>
        </w:tc>
        <w:tc>
          <w:tcPr>
            <w:tcW w:w="6123" w:type="dxa"/>
            <w:vAlign w:val="center"/>
          </w:tcPr>
          <w:p w14:paraId="715F7B44" w14:textId="77777777" w:rsidR="009B1F84" w:rsidRDefault="00000000">
            <w:r>
              <w:rPr>
                <w:sz w:val="21"/>
              </w:rPr>
              <w:t>Maximum ±15 mg/dL</w:t>
            </w:r>
          </w:p>
        </w:tc>
      </w:tr>
      <w:tr w:rsidR="009B1F84" w14:paraId="659B4ECD" w14:textId="77777777">
        <w:trPr>
          <w:jc w:val="center"/>
        </w:trPr>
        <w:tc>
          <w:tcPr>
            <w:tcW w:w="3515" w:type="dxa"/>
            <w:vAlign w:val="center"/>
          </w:tcPr>
          <w:p w14:paraId="2B65AEE3" w14:textId="77777777" w:rsidR="009B1F84" w:rsidRDefault="00000000">
            <w:r>
              <w:rPr>
                <w:b/>
                <w:sz w:val="21"/>
              </w:rPr>
              <w:t>Abatere pentru valori ale glicemiei de minimum 100 mg/dL</w:t>
            </w:r>
          </w:p>
        </w:tc>
        <w:tc>
          <w:tcPr>
            <w:tcW w:w="6123" w:type="dxa"/>
            <w:vAlign w:val="center"/>
          </w:tcPr>
          <w:p w14:paraId="76F30F35" w14:textId="77777777" w:rsidR="009B1F84" w:rsidRDefault="00000000">
            <w:r>
              <w:rPr>
                <w:sz w:val="21"/>
              </w:rPr>
              <w:t>Maximum ±15%</w:t>
            </w:r>
          </w:p>
        </w:tc>
      </w:tr>
      <w:tr w:rsidR="009B1F84" w14:paraId="2486E312" w14:textId="77777777">
        <w:trPr>
          <w:jc w:val="center"/>
        </w:trPr>
        <w:tc>
          <w:tcPr>
            <w:tcW w:w="3515" w:type="dxa"/>
            <w:vAlign w:val="center"/>
          </w:tcPr>
          <w:p w14:paraId="122AF3B4" w14:textId="77777777" w:rsidR="009B1F84" w:rsidRDefault="00000000">
            <w:r>
              <w:rPr>
                <w:b/>
                <w:sz w:val="21"/>
              </w:rPr>
              <w:t>Procent măsurători încadrate în limitele de precizie</w:t>
            </w:r>
          </w:p>
        </w:tc>
        <w:tc>
          <w:tcPr>
            <w:tcW w:w="6123" w:type="dxa"/>
            <w:vAlign w:val="center"/>
          </w:tcPr>
          <w:p w14:paraId="14D40314" w14:textId="77777777" w:rsidR="009B1F84" w:rsidRDefault="00000000">
            <w:r>
              <w:rPr>
                <w:sz w:val="21"/>
              </w:rPr>
              <w:t>Minimum 95%</w:t>
            </w:r>
          </w:p>
        </w:tc>
      </w:tr>
      <w:tr w:rsidR="009B1F84" w14:paraId="64C780D8" w14:textId="77777777">
        <w:trPr>
          <w:jc w:val="center"/>
        </w:trPr>
        <w:tc>
          <w:tcPr>
            <w:tcW w:w="3515" w:type="dxa"/>
            <w:vAlign w:val="center"/>
          </w:tcPr>
          <w:p w14:paraId="65C1E3FB" w14:textId="77777777" w:rsidR="009B1F84" w:rsidRDefault="00000000">
            <w:r>
              <w:rPr>
                <w:b/>
                <w:sz w:val="21"/>
              </w:rPr>
              <w:t>Durata de măsurare</w:t>
            </w:r>
          </w:p>
        </w:tc>
        <w:tc>
          <w:tcPr>
            <w:tcW w:w="6123" w:type="dxa"/>
            <w:vAlign w:val="center"/>
          </w:tcPr>
          <w:p w14:paraId="5A540819" w14:textId="77777777" w:rsidR="009B1F84" w:rsidRDefault="00000000">
            <w:r>
              <w:rPr>
                <w:sz w:val="21"/>
              </w:rPr>
              <w:t>Maximum 5 secunde</w:t>
            </w:r>
          </w:p>
        </w:tc>
      </w:tr>
      <w:tr w:rsidR="009B1F84" w14:paraId="7A02D001" w14:textId="77777777">
        <w:trPr>
          <w:jc w:val="center"/>
        </w:trPr>
        <w:tc>
          <w:tcPr>
            <w:tcW w:w="3515" w:type="dxa"/>
            <w:vAlign w:val="center"/>
          </w:tcPr>
          <w:p w14:paraId="54A6CF89" w14:textId="77777777" w:rsidR="009B1F84" w:rsidRDefault="00000000">
            <w:r>
              <w:rPr>
                <w:b/>
                <w:sz w:val="21"/>
              </w:rPr>
              <w:t>Cantitate probă de sânge necesară</w:t>
            </w:r>
          </w:p>
        </w:tc>
        <w:tc>
          <w:tcPr>
            <w:tcW w:w="6123" w:type="dxa"/>
            <w:vAlign w:val="center"/>
          </w:tcPr>
          <w:p w14:paraId="1E749848" w14:textId="77777777" w:rsidR="009B1F84" w:rsidRDefault="00000000">
            <w:r>
              <w:rPr>
                <w:sz w:val="21"/>
              </w:rPr>
              <w:t>Maximum 0,6 (unitate conform documentului tehnic)</w:t>
            </w:r>
          </w:p>
        </w:tc>
      </w:tr>
      <w:tr w:rsidR="009B1F84" w14:paraId="2B9B5EE2" w14:textId="77777777">
        <w:trPr>
          <w:jc w:val="center"/>
        </w:trPr>
        <w:tc>
          <w:tcPr>
            <w:tcW w:w="3515" w:type="dxa"/>
            <w:vAlign w:val="center"/>
          </w:tcPr>
          <w:p w14:paraId="58F2AC00" w14:textId="77777777" w:rsidR="009B1F84" w:rsidRDefault="00000000">
            <w:r>
              <w:rPr>
                <w:b/>
                <w:sz w:val="21"/>
              </w:rPr>
              <w:t>Număr măsurători memorate</w:t>
            </w:r>
          </w:p>
        </w:tc>
        <w:tc>
          <w:tcPr>
            <w:tcW w:w="6123" w:type="dxa"/>
            <w:vAlign w:val="center"/>
          </w:tcPr>
          <w:p w14:paraId="70BD5CBB" w14:textId="77777777" w:rsidR="009B1F84" w:rsidRDefault="00000000">
            <w:r>
              <w:rPr>
                <w:sz w:val="21"/>
              </w:rPr>
              <w:t>Minimum 1.000</w:t>
            </w:r>
          </w:p>
        </w:tc>
      </w:tr>
      <w:tr w:rsidR="009B1F84" w14:paraId="652B1DF4" w14:textId="77777777">
        <w:trPr>
          <w:jc w:val="center"/>
        </w:trPr>
        <w:tc>
          <w:tcPr>
            <w:tcW w:w="3515" w:type="dxa"/>
            <w:vAlign w:val="center"/>
          </w:tcPr>
          <w:p w14:paraId="0293BBC7" w14:textId="77777777" w:rsidR="009B1F84" w:rsidRDefault="00000000">
            <w:r>
              <w:rPr>
                <w:b/>
                <w:sz w:val="21"/>
              </w:rPr>
              <w:t>Interval de măsurare</w:t>
            </w:r>
          </w:p>
        </w:tc>
        <w:tc>
          <w:tcPr>
            <w:tcW w:w="6123" w:type="dxa"/>
            <w:vAlign w:val="center"/>
          </w:tcPr>
          <w:p w14:paraId="78977331" w14:textId="77777777" w:rsidR="009B1F84" w:rsidRDefault="00000000">
            <w:r>
              <w:rPr>
                <w:sz w:val="21"/>
              </w:rPr>
              <w:t>20 – 600 mg/dL</w:t>
            </w:r>
          </w:p>
        </w:tc>
      </w:tr>
      <w:tr w:rsidR="009B1F84" w14:paraId="2A553837" w14:textId="77777777">
        <w:trPr>
          <w:jc w:val="center"/>
        </w:trPr>
        <w:tc>
          <w:tcPr>
            <w:tcW w:w="3515" w:type="dxa"/>
            <w:vAlign w:val="center"/>
          </w:tcPr>
          <w:p w14:paraId="422913D9" w14:textId="77777777" w:rsidR="009B1F84" w:rsidRDefault="00000000">
            <w:r>
              <w:rPr>
                <w:b/>
                <w:sz w:val="21"/>
              </w:rPr>
              <w:t>Alimentare</w:t>
            </w:r>
          </w:p>
        </w:tc>
        <w:tc>
          <w:tcPr>
            <w:tcW w:w="6123" w:type="dxa"/>
            <w:vAlign w:val="center"/>
          </w:tcPr>
          <w:p w14:paraId="3CEB4F7D" w14:textId="77777777" w:rsidR="009B1F84" w:rsidRDefault="00000000">
            <w:r>
              <w:rPr>
                <w:sz w:val="21"/>
              </w:rPr>
              <w:t>1 baterie CR2032</w:t>
            </w:r>
          </w:p>
        </w:tc>
      </w:tr>
      <w:tr w:rsidR="009B1F84" w14:paraId="153E9976" w14:textId="77777777">
        <w:trPr>
          <w:jc w:val="center"/>
        </w:trPr>
        <w:tc>
          <w:tcPr>
            <w:tcW w:w="3515" w:type="dxa"/>
            <w:vAlign w:val="center"/>
          </w:tcPr>
          <w:p w14:paraId="225A6C9A" w14:textId="77777777" w:rsidR="009B1F84" w:rsidRDefault="00000000">
            <w:r>
              <w:rPr>
                <w:b/>
                <w:sz w:val="21"/>
              </w:rPr>
              <w:t>Zona corporală</w:t>
            </w:r>
          </w:p>
        </w:tc>
        <w:tc>
          <w:tcPr>
            <w:tcW w:w="6123" w:type="dxa"/>
            <w:vAlign w:val="center"/>
          </w:tcPr>
          <w:p w14:paraId="02050287" w14:textId="77777777" w:rsidR="009B1F84" w:rsidRDefault="00000000">
            <w:r>
              <w:rPr>
                <w:sz w:val="21"/>
              </w:rPr>
              <w:t>Degete</w:t>
            </w:r>
          </w:p>
        </w:tc>
      </w:tr>
      <w:tr w:rsidR="009B1F84" w14:paraId="4234EDBD" w14:textId="77777777">
        <w:trPr>
          <w:jc w:val="center"/>
        </w:trPr>
        <w:tc>
          <w:tcPr>
            <w:tcW w:w="3515" w:type="dxa"/>
            <w:vAlign w:val="center"/>
          </w:tcPr>
          <w:p w14:paraId="1D9201FD" w14:textId="77777777" w:rsidR="009B1F84" w:rsidRDefault="00000000">
            <w:r>
              <w:rPr>
                <w:b/>
                <w:sz w:val="21"/>
              </w:rPr>
              <w:t>Tip utilizare</w:t>
            </w:r>
          </w:p>
        </w:tc>
        <w:tc>
          <w:tcPr>
            <w:tcW w:w="6123" w:type="dxa"/>
            <w:vAlign w:val="center"/>
          </w:tcPr>
          <w:p w14:paraId="05630148" w14:textId="77777777" w:rsidR="009B1F84" w:rsidRDefault="00000000">
            <w:r>
              <w:rPr>
                <w:sz w:val="21"/>
              </w:rPr>
              <w:t>Uz casnic / profesional</w:t>
            </w:r>
          </w:p>
        </w:tc>
      </w:tr>
      <w:tr w:rsidR="009B1F84" w14:paraId="008DF479" w14:textId="77777777">
        <w:trPr>
          <w:jc w:val="center"/>
        </w:trPr>
        <w:tc>
          <w:tcPr>
            <w:tcW w:w="3515" w:type="dxa"/>
            <w:vAlign w:val="center"/>
          </w:tcPr>
          <w:p w14:paraId="0391498D" w14:textId="77777777" w:rsidR="009B1F84" w:rsidRDefault="00000000">
            <w:r>
              <w:rPr>
                <w:b/>
                <w:sz w:val="21"/>
              </w:rPr>
              <w:t>Număr ace incluse</w:t>
            </w:r>
          </w:p>
        </w:tc>
        <w:tc>
          <w:tcPr>
            <w:tcW w:w="6123" w:type="dxa"/>
            <w:vAlign w:val="center"/>
          </w:tcPr>
          <w:p w14:paraId="77BF4A2F" w14:textId="77777777" w:rsidR="009B1F84" w:rsidRDefault="00000000">
            <w:r>
              <w:rPr>
                <w:sz w:val="21"/>
              </w:rPr>
              <w:t>Minimum 50</w:t>
            </w:r>
          </w:p>
        </w:tc>
      </w:tr>
      <w:tr w:rsidR="009B1F84" w14:paraId="4ABBDECF" w14:textId="77777777">
        <w:trPr>
          <w:jc w:val="center"/>
        </w:trPr>
        <w:tc>
          <w:tcPr>
            <w:tcW w:w="3515" w:type="dxa"/>
            <w:vAlign w:val="center"/>
          </w:tcPr>
          <w:p w14:paraId="60E8821F" w14:textId="77777777" w:rsidR="009B1F84" w:rsidRDefault="00000000">
            <w:r>
              <w:rPr>
                <w:b/>
                <w:sz w:val="21"/>
              </w:rPr>
              <w:t>Număr benzi de testare incluse</w:t>
            </w:r>
          </w:p>
        </w:tc>
        <w:tc>
          <w:tcPr>
            <w:tcW w:w="6123" w:type="dxa"/>
            <w:vAlign w:val="center"/>
          </w:tcPr>
          <w:p w14:paraId="52D4D9FF" w14:textId="77777777" w:rsidR="009B1F84" w:rsidRDefault="00000000">
            <w:r>
              <w:rPr>
                <w:sz w:val="21"/>
              </w:rPr>
              <w:t>Minimum 50</w:t>
            </w:r>
          </w:p>
        </w:tc>
      </w:tr>
      <w:tr w:rsidR="009B1F84" w14:paraId="4D2624F0" w14:textId="77777777">
        <w:trPr>
          <w:jc w:val="center"/>
        </w:trPr>
        <w:tc>
          <w:tcPr>
            <w:tcW w:w="3515" w:type="dxa"/>
            <w:vAlign w:val="center"/>
          </w:tcPr>
          <w:p w14:paraId="245F7681" w14:textId="77777777" w:rsidR="009B1F84" w:rsidRDefault="00000000">
            <w:r>
              <w:rPr>
                <w:b/>
                <w:sz w:val="21"/>
              </w:rPr>
              <w:t>Valori măsurate</w:t>
            </w:r>
          </w:p>
        </w:tc>
        <w:tc>
          <w:tcPr>
            <w:tcW w:w="6123" w:type="dxa"/>
            <w:vAlign w:val="center"/>
          </w:tcPr>
          <w:p w14:paraId="7D51FB64" w14:textId="77777777" w:rsidR="009B1F84" w:rsidRDefault="00000000">
            <w:r>
              <w:rPr>
                <w:sz w:val="21"/>
              </w:rPr>
              <w:t>Glucoză</w:t>
            </w:r>
          </w:p>
        </w:tc>
      </w:tr>
      <w:tr w:rsidR="009B1F84" w14:paraId="37112D4E" w14:textId="77777777">
        <w:trPr>
          <w:jc w:val="center"/>
        </w:trPr>
        <w:tc>
          <w:tcPr>
            <w:tcW w:w="3515" w:type="dxa"/>
            <w:vAlign w:val="center"/>
          </w:tcPr>
          <w:p w14:paraId="4B63DD89" w14:textId="77777777" w:rsidR="009B1F84" w:rsidRDefault="00000000">
            <w:r>
              <w:rPr>
                <w:b/>
                <w:sz w:val="21"/>
              </w:rPr>
              <w:t>Afișaj</w:t>
            </w:r>
          </w:p>
        </w:tc>
        <w:tc>
          <w:tcPr>
            <w:tcW w:w="6123" w:type="dxa"/>
            <w:vAlign w:val="center"/>
          </w:tcPr>
          <w:p w14:paraId="51369C26" w14:textId="77777777" w:rsidR="009B1F84" w:rsidRDefault="00000000">
            <w:r>
              <w:rPr>
                <w:sz w:val="21"/>
              </w:rPr>
              <w:t>LCD</w:t>
            </w:r>
          </w:p>
        </w:tc>
      </w:tr>
      <w:tr w:rsidR="009B1F84" w14:paraId="2ED7FDD8" w14:textId="77777777">
        <w:trPr>
          <w:jc w:val="center"/>
        </w:trPr>
        <w:tc>
          <w:tcPr>
            <w:tcW w:w="3515" w:type="dxa"/>
            <w:vAlign w:val="center"/>
          </w:tcPr>
          <w:p w14:paraId="2903D876" w14:textId="77777777" w:rsidR="009B1F84" w:rsidRDefault="00000000">
            <w:r>
              <w:rPr>
                <w:b/>
                <w:sz w:val="21"/>
              </w:rPr>
              <w:t>Codare</w:t>
            </w:r>
          </w:p>
        </w:tc>
        <w:tc>
          <w:tcPr>
            <w:tcW w:w="6123" w:type="dxa"/>
            <w:vAlign w:val="center"/>
          </w:tcPr>
          <w:p w14:paraId="1393F984" w14:textId="77777777" w:rsidR="009B1F84" w:rsidRDefault="00000000">
            <w:r>
              <w:rPr>
                <w:sz w:val="21"/>
              </w:rPr>
              <w:t>Fără codare</w:t>
            </w:r>
          </w:p>
        </w:tc>
      </w:tr>
      <w:tr w:rsidR="009B1F84" w14:paraId="1540F20C" w14:textId="77777777">
        <w:trPr>
          <w:jc w:val="center"/>
        </w:trPr>
        <w:tc>
          <w:tcPr>
            <w:tcW w:w="3515" w:type="dxa"/>
            <w:vAlign w:val="center"/>
          </w:tcPr>
          <w:p w14:paraId="2F32067C" w14:textId="77777777" w:rsidR="009B1F84" w:rsidRDefault="00000000">
            <w:r>
              <w:rPr>
                <w:b/>
                <w:sz w:val="21"/>
              </w:rPr>
              <w:t>Detectare benzi</w:t>
            </w:r>
          </w:p>
        </w:tc>
        <w:tc>
          <w:tcPr>
            <w:tcW w:w="6123" w:type="dxa"/>
            <w:vAlign w:val="center"/>
          </w:tcPr>
          <w:p w14:paraId="2D2F93AC" w14:textId="77777777" w:rsidR="009B1F84" w:rsidRDefault="00000000">
            <w:r>
              <w:rPr>
                <w:sz w:val="21"/>
              </w:rPr>
              <w:t>Detectare automată a benzilor de testare</w:t>
            </w:r>
          </w:p>
        </w:tc>
      </w:tr>
      <w:tr w:rsidR="009B1F84" w14:paraId="52EB3EB6" w14:textId="77777777">
        <w:trPr>
          <w:jc w:val="center"/>
        </w:trPr>
        <w:tc>
          <w:tcPr>
            <w:tcW w:w="3515" w:type="dxa"/>
            <w:vAlign w:val="center"/>
          </w:tcPr>
          <w:p w14:paraId="7792718D" w14:textId="77777777" w:rsidR="009B1F84" w:rsidRDefault="00000000">
            <w:r>
              <w:rPr>
                <w:b/>
                <w:sz w:val="21"/>
              </w:rPr>
              <w:t>Funcție de memorare</w:t>
            </w:r>
          </w:p>
        </w:tc>
        <w:tc>
          <w:tcPr>
            <w:tcW w:w="6123" w:type="dxa"/>
            <w:vAlign w:val="center"/>
          </w:tcPr>
          <w:p w14:paraId="481B1B18" w14:textId="77777777" w:rsidR="009B1F84" w:rsidRDefault="00000000">
            <w:r>
              <w:rPr>
                <w:sz w:val="21"/>
              </w:rPr>
              <w:t>Istoric măsurători</w:t>
            </w:r>
          </w:p>
        </w:tc>
      </w:tr>
      <w:tr w:rsidR="009B1F84" w14:paraId="7F8653AF" w14:textId="77777777">
        <w:trPr>
          <w:jc w:val="center"/>
        </w:trPr>
        <w:tc>
          <w:tcPr>
            <w:tcW w:w="3515" w:type="dxa"/>
            <w:vAlign w:val="center"/>
          </w:tcPr>
          <w:p w14:paraId="25D1A18A" w14:textId="77777777" w:rsidR="009B1F84" w:rsidRDefault="00000000">
            <w:r>
              <w:rPr>
                <w:b/>
                <w:sz w:val="21"/>
              </w:rPr>
              <w:t>Conținut pachet</w:t>
            </w:r>
          </w:p>
        </w:tc>
        <w:tc>
          <w:tcPr>
            <w:tcW w:w="6123" w:type="dxa"/>
            <w:vAlign w:val="center"/>
          </w:tcPr>
          <w:p w14:paraId="762EE14E" w14:textId="77777777" w:rsidR="009B1F84" w:rsidRDefault="00000000">
            <w:r>
              <w:rPr>
                <w:sz w:val="21"/>
              </w:rPr>
              <w:t>1 baterie, 1 glucometru, minimum 50 ace, minimum 50 teste</w:t>
            </w:r>
          </w:p>
        </w:tc>
      </w:tr>
      <w:tr w:rsidR="009B1F84" w14:paraId="04D6CCFF" w14:textId="77777777">
        <w:trPr>
          <w:jc w:val="center"/>
        </w:trPr>
        <w:tc>
          <w:tcPr>
            <w:tcW w:w="3515" w:type="dxa"/>
            <w:vAlign w:val="center"/>
          </w:tcPr>
          <w:p w14:paraId="5F456592" w14:textId="77777777" w:rsidR="009B1F84" w:rsidRDefault="00000000">
            <w:r>
              <w:rPr>
                <w:b/>
                <w:sz w:val="21"/>
              </w:rPr>
              <w:t>Dimensiuni</w:t>
            </w:r>
          </w:p>
        </w:tc>
        <w:tc>
          <w:tcPr>
            <w:tcW w:w="6123" w:type="dxa"/>
            <w:vAlign w:val="center"/>
          </w:tcPr>
          <w:p w14:paraId="04567BC4" w14:textId="77777777" w:rsidR="009B1F84" w:rsidRDefault="00000000">
            <w:r>
              <w:rPr>
                <w:sz w:val="21"/>
              </w:rPr>
              <w:t>Lungime 18 mm; lățime 60 mm; înălțime 85 mm</w:t>
            </w:r>
          </w:p>
        </w:tc>
      </w:tr>
      <w:tr w:rsidR="009B1F84" w14:paraId="721C429D" w14:textId="77777777">
        <w:trPr>
          <w:jc w:val="center"/>
        </w:trPr>
        <w:tc>
          <w:tcPr>
            <w:tcW w:w="3515" w:type="dxa"/>
            <w:vAlign w:val="center"/>
          </w:tcPr>
          <w:p w14:paraId="3F830E5B" w14:textId="77777777" w:rsidR="009B1F84" w:rsidRDefault="00000000">
            <w:r>
              <w:rPr>
                <w:b/>
                <w:sz w:val="21"/>
              </w:rPr>
              <w:t>Greutate</w:t>
            </w:r>
          </w:p>
        </w:tc>
        <w:tc>
          <w:tcPr>
            <w:tcW w:w="6123" w:type="dxa"/>
            <w:vAlign w:val="center"/>
          </w:tcPr>
          <w:p w14:paraId="21CA89FC" w14:textId="77777777" w:rsidR="009B1F84" w:rsidRDefault="00000000">
            <w:r>
              <w:rPr>
                <w:sz w:val="21"/>
              </w:rPr>
              <w:t>Maximum 0,3 kg</w:t>
            </w:r>
          </w:p>
        </w:tc>
      </w:tr>
    </w:tbl>
    <w:p w14:paraId="41347879" w14:textId="77777777" w:rsidR="009B1F84" w:rsidRDefault="00000000">
      <w:pPr>
        <w:spacing w:before="160" w:after="80"/>
      </w:pPr>
      <w:r>
        <w:rPr>
          <w:b/>
          <w:sz w:val="23"/>
        </w:rPr>
        <w:t>2. Tensiometru electronic de braț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6123"/>
      </w:tblGrid>
      <w:tr w:rsidR="009B1F84" w14:paraId="5D1E95D9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14FE821E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Caracteristică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02D2694E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Cerință tehnică minimă / maximă</w:t>
            </w:r>
          </w:p>
        </w:tc>
      </w:tr>
      <w:tr w:rsidR="009B1F84" w14:paraId="47696364" w14:textId="77777777">
        <w:trPr>
          <w:jc w:val="center"/>
        </w:trPr>
        <w:tc>
          <w:tcPr>
            <w:tcW w:w="3515" w:type="dxa"/>
            <w:vAlign w:val="center"/>
          </w:tcPr>
          <w:p w14:paraId="79678EBB" w14:textId="77777777" w:rsidR="009B1F84" w:rsidRDefault="00000000">
            <w:r>
              <w:rPr>
                <w:b/>
                <w:sz w:val="21"/>
              </w:rPr>
              <w:t>Tip</w:t>
            </w:r>
          </w:p>
        </w:tc>
        <w:tc>
          <w:tcPr>
            <w:tcW w:w="6123" w:type="dxa"/>
            <w:vAlign w:val="center"/>
          </w:tcPr>
          <w:p w14:paraId="14DB982B" w14:textId="77777777" w:rsidR="009B1F84" w:rsidRDefault="00000000">
            <w:r>
              <w:rPr>
                <w:sz w:val="21"/>
              </w:rPr>
              <w:t>Tensiometru electronic de braț, complet automat</w:t>
            </w:r>
          </w:p>
        </w:tc>
      </w:tr>
      <w:tr w:rsidR="009B1F84" w14:paraId="089CE620" w14:textId="77777777">
        <w:trPr>
          <w:jc w:val="center"/>
        </w:trPr>
        <w:tc>
          <w:tcPr>
            <w:tcW w:w="3515" w:type="dxa"/>
            <w:vAlign w:val="center"/>
          </w:tcPr>
          <w:p w14:paraId="3116CEE4" w14:textId="77777777" w:rsidR="009B1F84" w:rsidRDefault="00000000">
            <w:r>
              <w:rPr>
                <w:b/>
                <w:sz w:val="21"/>
              </w:rPr>
              <w:t>Afișaj</w:t>
            </w:r>
          </w:p>
        </w:tc>
        <w:tc>
          <w:tcPr>
            <w:tcW w:w="6123" w:type="dxa"/>
            <w:vAlign w:val="center"/>
          </w:tcPr>
          <w:p w14:paraId="530BD951" w14:textId="77777777" w:rsidR="009B1F84" w:rsidRDefault="00000000">
            <w:r>
              <w:rPr>
                <w:sz w:val="21"/>
              </w:rPr>
              <w:t>LCD cu caractere mari</w:t>
            </w:r>
          </w:p>
        </w:tc>
      </w:tr>
      <w:tr w:rsidR="009B1F84" w14:paraId="6D8D7CA9" w14:textId="77777777">
        <w:trPr>
          <w:jc w:val="center"/>
        </w:trPr>
        <w:tc>
          <w:tcPr>
            <w:tcW w:w="3515" w:type="dxa"/>
            <w:vAlign w:val="center"/>
          </w:tcPr>
          <w:p w14:paraId="06350A1C" w14:textId="77777777" w:rsidR="009B1F84" w:rsidRDefault="00000000">
            <w:r>
              <w:rPr>
                <w:b/>
                <w:sz w:val="21"/>
              </w:rPr>
              <w:t>Măsurare</w:t>
            </w:r>
          </w:p>
        </w:tc>
        <w:tc>
          <w:tcPr>
            <w:tcW w:w="6123" w:type="dxa"/>
            <w:vAlign w:val="center"/>
          </w:tcPr>
          <w:p w14:paraId="3BD1754A" w14:textId="77777777" w:rsidR="009B1F84" w:rsidRDefault="00000000">
            <w:r>
              <w:rPr>
                <w:sz w:val="21"/>
              </w:rPr>
              <w:t>Automată</w:t>
            </w:r>
          </w:p>
        </w:tc>
      </w:tr>
      <w:tr w:rsidR="009B1F84" w14:paraId="43C9B9D1" w14:textId="77777777">
        <w:trPr>
          <w:jc w:val="center"/>
        </w:trPr>
        <w:tc>
          <w:tcPr>
            <w:tcW w:w="3515" w:type="dxa"/>
            <w:vAlign w:val="center"/>
          </w:tcPr>
          <w:p w14:paraId="67F444FF" w14:textId="77777777" w:rsidR="009B1F84" w:rsidRDefault="00000000">
            <w:r>
              <w:rPr>
                <w:b/>
                <w:sz w:val="21"/>
              </w:rPr>
              <w:t>Detectare</w:t>
            </w:r>
          </w:p>
        </w:tc>
        <w:tc>
          <w:tcPr>
            <w:tcW w:w="6123" w:type="dxa"/>
            <w:vAlign w:val="center"/>
          </w:tcPr>
          <w:p w14:paraId="2107D02B" w14:textId="77777777" w:rsidR="009B1F84" w:rsidRDefault="00000000">
            <w:r>
              <w:rPr>
                <w:sz w:val="21"/>
              </w:rPr>
              <w:t>Puls neregulat</w:t>
            </w:r>
          </w:p>
        </w:tc>
      </w:tr>
      <w:tr w:rsidR="009B1F84" w14:paraId="7DFC09DC" w14:textId="77777777">
        <w:trPr>
          <w:jc w:val="center"/>
        </w:trPr>
        <w:tc>
          <w:tcPr>
            <w:tcW w:w="3515" w:type="dxa"/>
            <w:vAlign w:val="center"/>
          </w:tcPr>
          <w:p w14:paraId="2CEA699C" w14:textId="77777777" w:rsidR="009B1F84" w:rsidRDefault="00000000">
            <w:r>
              <w:rPr>
                <w:b/>
                <w:sz w:val="21"/>
              </w:rPr>
              <w:t>Validare</w:t>
            </w:r>
          </w:p>
        </w:tc>
        <w:tc>
          <w:tcPr>
            <w:tcW w:w="6123" w:type="dxa"/>
            <w:vAlign w:val="center"/>
          </w:tcPr>
          <w:p w14:paraId="37E2419E" w14:textId="77777777" w:rsidR="009B1F84" w:rsidRDefault="00000000">
            <w:r>
              <w:rPr>
                <w:sz w:val="21"/>
              </w:rPr>
              <w:t>Validat clinic</w:t>
            </w:r>
          </w:p>
        </w:tc>
      </w:tr>
      <w:tr w:rsidR="009B1F84" w14:paraId="79C81128" w14:textId="77777777">
        <w:trPr>
          <w:jc w:val="center"/>
        </w:trPr>
        <w:tc>
          <w:tcPr>
            <w:tcW w:w="3515" w:type="dxa"/>
            <w:vAlign w:val="center"/>
          </w:tcPr>
          <w:p w14:paraId="4913375B" w14:textId="77777777" w:rsidR="009B1F84" w:rsidRDefault="00000000">
            <w:r>
              <w:rPr>
                <w:b/>
                <w:sz w:val="21"/>
              </w:rPr>
              <w:t>Număr utilizatori</w:t>
            </w:r>
          </w:p>
        </w:tc>
        <w:tc>
          <w:tcPr>
            <w:tcW w:w="6123" w:type="dxa"/>
            <w:vAlign w:val="center"/>
          </w:tcPr>
          <w:p w14:paraId="013F7069" w14:textId="77777777" w:rsidR="009B1F84" w:rsidRDefault="00000000">
            <w:r>
              <w:rPr>
                <w:sz w:val="21"/>
              </w:rPr>
              <w:t>Minimum 2 utilizatori</w:t>
            </w:r>
          </w:p>
        </w:tc>
      </w:tr>
      <w:tr w:rsidR="009B1F84" w14:paraId="190C2687" w14:textId="77777777">
        <w:trPr>
          <w:jc w:val="center"/>
        </w:trPr>
        <w:tc>
          <w:tcPr>
            <w:tcW w:w="3515" w:type="dxa"/>
            <w:vAlign w:val="center"/>
          </w:tcPr>
          <w:p w14:paraId="0B472166" w14:textId="77777777" w:rsidR="009B1F84" w:rsidRDefault="00000000">
            <w:r>
              <w:rPr>
                <w:b/>
                <w:sz w:val="21"/>
              </w:rPr>
              <w:t>Memorie</w:t>
            </w:r>
          </w:p>
        </w:tc>
        <w:tc>
          <w:tcPr>
            <w:tcW w:w="6123" w:type="dxa"/>
            <w:vAlign w:val="center"/>
          </w:tcPr>
          <w:p w14:paraId="42D8FA6E" w14:textId="77777777" w:rsidR="009B1F84" w:rsidRDefault="00000000">
            <w:r>
              <w:rPr>
                <w:sz w:val="21"/>
              </w:rPr>
              <w:t>Minimum 90 înregistrări</w:t>
            </w:r>
          </w:p>
        </w:tc>
      </w:tr>
      <w:tr w:rsidR="009B1F84" w14:paraId="0467D72A" w14:textId="77777777">
        <w:trPr>
          <w:jc w:val="center"/>
        </w:trPr>
        <w:tc>
          <w:tcPr>
            <w:tcW w:w="3515" w:type="dxa"/>
            <w:vAlign w:val="center"/>
          </w:tcPr>
          <w:p w14:paraId="022ED759" w14:textId="77777777" w:rsidR="009B1F84" w:rsidRDefault="00000000">
            <w:r>
              <w:rPr>
                <w:b/>
                <w:sz w:val="21"/>
              </w:rPr>
              <w:t>Interval măsurare presiune</w:t>
            </w:r>
          </w:p>
        </w:tc>
        <w:tc>
          <w:tcPr>
            <w:tcW w:w="6123" w:type="dxa"/>
            <w:vAlign w:val="center"/>
          </w:tcPr>
          <w:p w14:paraId="5A081DB0" w14:textId="77777777" w:rsidR="009B1F84" w:rsidRDefault="00000000">
            <w:r>
              <w:rPr>
                <w:sz w:val="21"/>
              </w:rPr>
              <w:t>0 – 280 mmHg</w:t>
            </w:r>
          </w:p>
        </w:tc>
      </w:tr>
      <w:tr w:rsidR="009B1F84" w14:paraId="19EAB513" w14:textId="77777777">
        <w:trPr>
          <w:jc w:val="center"/>
        </w:trPr>
        <w:tc>
          <w:tcPr>
            <w:tcW w:w="3515" w:type="dxa"/>
            <w:vAlign w:val="center"/>
          </w:tcPr>
          <w:p w14:paraId="1EB611CB" w14:textId="77777777" w:rsidR="009B1F84" w:rsidRDefault="00000000">
            <w:r>
              <w:rPr>
                <w:b/>
                <w:sz w:val="21"/>
              </w:rPr>
              <w:t>Interval frecvență cardiacă</w:t>
            </w:r>
          </w:p>
        </w:tc>
        <w:tc>
          <w:tcPr>
            <w:tcW w:w="6123" w:type="dxa"/>
            <w:vAlign w:val="center"/>
          </w:tcPr>
          <w:p w14:paraId="49D560AD" w14:textId="77777777" w:rsidR="009B1F84" w:rsidRDefault="00000000">
            <w:r>
              <w:rPr>
                <w:sz w:val="21"/>
              </w:rPr>
              <w:t>40 – 180/min</w:t>
            </w:r>
          </w:p>
        </w:tc>
      </w:tr>
      <w:tr w:rsidR="009B1F84" w14:paraId="464823F8" w14:textId="77777777">
        <w:trPr>
          <w:jc w:val="center"/>
        </w:trPr>
        <w:tc>
          <w:tcPr>
            <w:tcW w:w="3515" w:type="dxa"/>
            <w:vAlign w:val="center"/>
          </w:tcPr>
          <w:p w14:paraId="5C3166C7" w14:textId="77777777" w:rsidR="009B1F84" w:rsidRDefault="00000000">
            <w:r>
              <w:rPr>
                <w:b/>
                <w:sz w:val="21"/>
              </w:rPr>
              <w:t>Precizie presiune</w:t>
            </w:r>
          </w:p>
        </w:tc>
        <w:tc>
          <w:tcPr>
            <w:tcW w:w="6123" w:type="dxa"/>
            <w:vAlign w:val="center"/>
          </w:tcPr>
          <w:p w14:paraId="6E40C811" w14:textId="77777777" w:rsidR="009B1F84" w:rsidRDefault="00000000">
            <w:r>
              <w:rPr>
                <w:sz w:val="21"/>
              </w:rPr>
              <w:t>Maximum ±3 mmHg</w:t>
            </w:r>
          </w:p>
        </w:tc>
      </w:tr>
      <w:tr w:rsidR="009B1F84" w14:paraId="042C6D18" w14:textId="77777777">
        <w:trPr>
          <w:jc w:val="center"/>
        </w:trPr>
        <w:tc>
          <w:tcPr>
            <w:tcW w:w="3515" w:type="dxa"/>
            <w:vAlign w:val="center"/>
          </w:tcPr>
          <w:p w14:paraId="5898BB3B" w14:textId="77777777" w:rsidR="009B1F84" w:rsidRDefault="00000000">
            <w:r>
              <w:rPr>
                <w:b/>
                <w:sz w:val="21"/>
              </w:rPr>
              <w:t>Precizie puls</w:t>
            </w:r>
          </w:p>
        </w:tc>
        <w:tc>
          <w:tcPr>
            <w:tcW w:w="6123" w:type="dxa"/>
            <w:vAlign w:val="center"/>
          </w:tcPr>
          <w:p w14:paraId="7653B3FA" w14:textId="77777777" w:rsidR="009B1F84" w:rsidRDefault="00000000">
            <w:r>
              <w:rPr>
                <w:sz w:val="21"/>
              </w:rPr>
              <w:t>Maximum ±5%</w:t>
            </w:r>
          </w:p>
        </w:tc>
      </w:tr>
      <w:tr w:rsidR="009B1F84" w14:paraId="5959FDC8" w14:textId="77777777">
        <w:trPr>
          <w:jc w:val="center"/>
        </w:trPr>
        <w:tc>
          <w:tcPr>
            <w:tcW w:w="3515" w:type="dxa"/>
            <w:vAlign w:val="center"/>
          </w:tcPr>
          <w:p w14:paraId="3761DB28" w14:textId="77777777" w:rsidR="009B1F84" w:rsidRDefault="00000000">
            <w:r>
              <w:rPr>
                <w:b/>
                <w:sz w:val="21"/>
              </w:rPr>
              <w:t>Umflare</w:t>
            </w:r>
          </w:p>
        </w:tc>
        <w:tc>
          <w:tcPr>
            <w:tcW w:w="6123" w:type="dxa"/>
            <w:vAlign w:val="center"/>
          </w:tcPr>
          <w:p w14:paraId="4021522A" w14:textId="77777777" w:rsidR="009B1F84" w:rsidRDefault="00000000">
            <w:r>
              <w:rPr>
                <w:sz w:val="21"/>
              </w:rPr>
              <w:t>Automată, cu pompă electrică</w:t>
            </w:r>
          </w:p>
        </w:tc>
      </w:tr>
      <w:tr w:rsidR="009B1F84" w14:paraId="1BC2D6E8" w14:textId="77777777">
        <w:trPr>
          <w:jc w:val="center"/>
        </w:trPr>
        <w:tc>
          <w:tcPr>
            <w:tcW w:w="3515" w:type="dxa"/>
            <w:vAlign w:val="center"/>
          </w:tcPr>
          <w:p w14:paraId="6C69CA67" w14:textId="77777777" w:rsidR="009B1F84" w:rsidRDefault="00000000">
            <w:r>
              <w:rPr>
                <w:b/>
                <w:sz w:val="21"/>
              </w:rPr>
              <w:t>Limitare presiune</w:t>
            </w:r>
          </w:p>
        </w:tc>
        <w:tc>
          <w:tcPr>
            <w:tcW w:w="6123" w:type="dxa"/>
            <w:vAlign w:val="center"/>
          </w:tcPr>
          <w:p w14:paraId="3186CF13" w14:textId="77777777" w:rsidR="009B1F84" w:rsidRDefault="00000000">
            <w:r>
              <w:rPr>
                <w:sz w:val="21"/>
              </w:rPr>
              <w:t>Supapă automată</w:t>
            </w:r>
          </w:p>
        </w:tc>
      </w:tr>
      <w:tr w:rsidR="009B1F84" w14:paraId="5B0C2029" w14:textId="77777777">
        <w:trPr>
          <w:jc w:val="center"/>
        </w:trPr>
        <w:tc>
          <w:tcPr>
            <w:tcW w:w="3515" w:type="dxa"/>
            <w:vAlign w:val="center"/>
          </w:tcPr>
          <w:p w14:paraId="1CBB554E" w14:textId="77777777" w:rsidR="009B1F84" w:rsidRDefault="00000000">
            <w:r>
              <w:rPr>
                <w:b/>
                <w:sz w:val="21"/>
              </w:rPr>
              <w:t>Eliberare aer</w:t>
            </w:r>
          </w:p>
        </w:tc>
        <w:tc>
          <w:tcPr>
            <w:tcW w:w="6123" w:type="dxa"/>
            <w:vAlign w:val="center"/>
          </w:tcPr>
          <w:p w14:paraId="59C44EB3" w14:textId="77777777" w:rsidR="009B1F84" w:rsidRDefault="00000000">
            <w:r>
              <w:rPr>
                <w:sz w:val="21"/>
              </w:rPr>
              <w:t>Supapă de evacuare automată</w:t>
            </w:r>
          </w:p>
        </w:tc>
      </w:tr>
      <w:tr w:rsidR="009B1F84" w14:paraId="4E2F3938" w14:textId="77777777">
        <w:trPr>
          <w:jc w:val="center"/>
        </w:trPr>
        <w:tc>
          <w:tcPr>
            <w:tcW w:w="3515" w:type="dxa"/>
            <w:vAlign w:val="center"/>
          </w:tcPr>
          <w:p w14:paraId="7B3ABDC0" w14:textId="77777777" w:rsidR="009B1F84" w:rsidRDefault="00000000">
            <w:r>
              <w:rPr>
                <w:b/>
                <w:sz w:val="21"/>
              </w:rPr>
              <w:t>Metodă de măsurare</w:t>
            </w:r>
          </w:p>
        </w:tc>
        <w:tc>
          <w:tcPr>
            <w:tcW w:w="6123" w:type="dxa"/>
            <w:vAlign w:val="center"/>
          </w:tcPr>
          <w:p w14:paraId="178E6E6E" w14:textId="77777777" w:rsidR="009B1F84" w:rsidRDefault="00000000">
            <w:r>
              <w:rPr>
                <w:sz w:val="21"/>
              </w:rPr>
              <w:t>Oscilometrică</w:t>
            </w:r>
          </w:p>
        </w:tc>
      </w:tr>
      <w:tr w:rsidR="009B1F84" w14:paraId="345B2C52" w14:textId="77777777">
        <w:trPr>
          <w:jc w:val="center"/>
        </w:trPr>
        <w:tc>
          <w:tcPr>
            <w:tcW w:w="3515" w:type="dxa"/>
            <w:vAlign w:val="center"/>
          </w:tcPr>
          <w:p w14:paraId="04B2E939" w14:textId="77777777" w:rsidR="009B1F84" w:rsidRDefault="00000000">
            <w:r>
              <w:rPr>
                <w:b/>
                <w:sz w:val="21"/>
              </w:rPr>
              <w:t>Autonomie</w:t>
            </w:r>
          </w:p>
        </w:tc>
        <w:tc>
          <w:tcPr>
            <w:tcW w:w="6123" w:type="dxa"/>
            <w:vAlign w:val="center"/>
          </w:tcPr>
          <w:p w14:paraId="5EA9D4F2" w14:textId="77777777" w:rsidR="009B1F84" w:rsidRDefault="00000000">
            <w:r>
              <w:rPr>
                <w:sz w:val="21"/>
              </w:rPr>
              <w:t>Aproximativ 500 utilizări cu 4 baterii alcaline noi, la 6 utilizări/zi</w:t>
            </w:r>
          </w:p>
        </w:tc>
      </w:tr>
      <w:tr w:rsidR="009B1F84" w14:paraId="3D6ED8F6" w14:textId="77777777">
        <w:trPr>
          <w:jc w:val="center"/>
        </w:trPr>
        <w:tc>
          <w:tcPr>
            <w:tcW w:w="3515" w:type="dxa"/>
            <w:vAlign w:val="center"/>
          </w:tcPr>
          <w:p w14:paraId="28C0088D" w14:textId="77777777" w:rsidR="009B1F84" w:rsidRDefault="00000000">
            <w:r>
              <w:rPr>
                <w:b/>
                <w:sz w:val="21"/>
              </w:rPr>
              <w:lastRenderedPageBreak/>
              <w:t>Lungime furtun manșetă</w:t>
            </w:r>
          </w:p>
        </w:tc>
        <w:tc>
          <w:tcPr>
            <w:tcW w:w="6123" w:type="dxa"/>
            <w:vAlign w:val="center"/>
          </w:tcPr>
          <w:p w14:paraId="6A14DCFE" w14:textId="77777777" w:rsidR="009B1F84" w:rsidRDefault="00000000">
            <w:r>
              <w:rPr>
                <w:sz w:val="21"/>
              </w:rPr>
              <w:t>64 cm</w:t>
            </w:r>
          </w:p>
        </w:tc>
      </w:tr>
      <w:tr w:rsidR="009B1F84" w14:paraId="73D8F9DE" w14:textId="77777777">
        <w:trPr>
          <w:jc w:val="center"/>
        </w:trPr>
        <w:tc>
          <w:tcPr>
            <w:tcW w:w="3515" w:type="dxa"/>
            <w:vAlign w:val="center"/>
          </w:tcPr>
          <w:p w14:paraId="6086234A" w14:textId="77777777" w:rsidR="009B1F84" w:rsidRDefault="00000000">
            <w:r>
              <w:rPr>
                <w:b/>
                <w:sz w:val="21"/>
              </w:rPr>
              <w:t>Circumferință manșetă</w:t>
            </w:r>
          </w:p>
        </w:tc>
        <w:tc>
          <w:tcPr>
            <w:tcW w:w="6123" w:type="dxa"/>
            <w:vAlign w:val="center"/>
          </w:tcPr>
          <w:p w14:paraId="1504CA7E" w14:textId="77777777" w:rsidR="009B1F84" w:rsidRDefault="00000000">
            <w:r>
              <w:rPr>
                <w:sz w:val="21"/>
              </w:rPr>
              <w:t>22 – 42 cm</w:t>
            </w:r>
          </w:p>
        </w:tc>
      </w:tr>
      <w:tr w:rsidR="009B1F84" w14:paraId="57C5E6D1" w14:textId="77777777">
        <w:trPr>
          <w:jc w:val="center"/>
        </w:trPr>
        <w:tc>
          <w:tcPr>
            <w:tcW w:w="3515" w:type="dxa"/>
            <w:vAlign w:val="center"/>
          </w:tcPr>
          <w:p w14:paraId="65F6BF65" w14:textId="77777777" w:rsidR="009B1F84" w:rsidRDefault="00000000">
            <w:r>
              <w:rPr>
                <w:b/>
                <w:sz w:val="21"/>
              </w:rPr>
              <w:t>Alimentare</w:t>
            </w:r>
          </w:p>
        </w:tc>
        <w:tc>
          <w:tcPr>
            <w:tcW w:w="6123" w:type="dxa"/>
            <w:vAlign w:val="center"/>
          </w:tcPr>
          <w:p w14:paraId="4619685F" w14:textId="77777777" w:rsidR="009B1F84" w:rsidRDefault="00000000">
            <w:r>
              <w:rPr>
                <w:sz w:val="21"/>
              </w:rPr>
              <w:t>Baterii și alimentare prin microUSB</w:t>
            </w:r>
          </w:p>
        </w:tc>
      </w:tr>
    </w:tbl>
    <w:p w14:paraId="5E34C5C0" w14:textId="77777777" w:rsidR="009B1F84" w:rsidRDefault="00000000">
      <w:pPr>
        <w:spacing w:before="160" w:after="80"/>
      </w:pPr>
      <w:r>
        <w:rPr>
          <w:b/>
          <w:sz w:val="23"/>
        </w:rPr>
        <w:t>3. Pulsoximetru digital pentru deget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6123"/>
      </w:tblGrid>
      <w:tr w:rsidR="009B1F84" w14:paraId="3A941CDF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2993512F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Caracteristică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139E4A46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Cerință tehnică minimă / maximă</w:t>
            </w:r>
          </w:p>
        </w:tc>
      </w:tr>
      <w:tr w:rsidR="009B1F84" w14:paraId="55B48519" w14:textId="77777777">
        <w:trPr>
          <w:jc w:val="center"/>
        </w:trPr>
        <w:tc>
          <w:tcPr>
            <w:tcW w:w="3515" w:type="dxa"/>
            <w:vAlign w:val="center"/>
          </w:tcPr>
          <w:p w14:paraId="5F246EC0" w14:textId="77777777" w:rsidR="009B1F84" w:rsidRDefault="00000000">
            <w:r>
              <w:rPr>
                <w:b/>
                <w:sz w:val="21"/>
              </w:rPr>
              <w:t>Tip</w:t>
            </w:r>
          </w:p>
        </w:tc>
        <w:tc>
          <w:tcPr>
            <w:tcW w:w="6123" w:type="dxa"/>
            <w:vAlign w:val="center"/>
          </w:tcPr>
          <w:p w14:paraId="13B9B07E" w14:textId="77777777" w:rsidR="009B1F84" w:rsidRDefault="00000000">
            <w:r>
              <w:rPr>
                <w:sz w:val="21"/>
              </w:rPr>
              <w:t>Pulsoximetru pentru deget</w:t>
            </w:r>
          </w:p>
        </w:tc>
      </w:tr>
      <w:tr w:rsidR="009B1F84" w14:paraId="57F53572" w14:textId="77777777">
        <w:trPr>
          <w:jc w:val="center"/>
        </w:trPr>
        <w:tc>
          <w:tcPr>
            <w:tcW w:w="3515" w:type="dxa"/>
            <w:vAlign w:val="center"/>
          </w:tcPr>
          <w:p w14:paraId="0962FA2F" w14:textId="77777777" w:rsidR="009B1F84" w:rsidRDefault="00000000">
            <w:r>
              <w:rPr>
                <w:b/>
                <w:sz w:val="21"/>
              </w:rPr>
              <w:t>Tip utilizare</w:t>
            </w:r>
          </w:p>
        </w:tc>
        <w:tc>
          <w:tcPr>
            <w:tcW w:w="6123" w:type="dxa"/>
            <w:vAlign w:val="center"/>
          </w:tcPr>
          <w:p w14:paraId="35249858" w14:textId="77777777" w:rsidR="009B1F84" w:rsidRDefault="00000000">
            <w:r>
              <w:rPr>
                <w:sz w:val="21"/>
              </w:rPr>
              <w:t>Profesional / uz casnic</w:t>
            </w:r>
          </w:p>
        </w:tc>
      </w:tr>
      <w:tr w:rsidR="009B1F84" w14:paraId="7ACE8B2F" w14:textId="77777777">
        <w:trPr>
          <w:jc w:val="center"/>
        </w:trPr>
        <w:tc>
          <w:tcPr>
            <w:tcW w:w="3515" w:type="dxa"/>
            <w:vAlign w:val="center"/>
          </w:tcPr>
          <w:p w14:paraId="75102935" w14:textId="77777777" w:rsidR="009B1F84" w:rsidRDefault="00000000">
            <w:r>
              <w:rPr>
                <w:b/>
                <w:sz w:val="21"/>
              </w:rPr>
              <w:t>Afișaj</w:t>
            </w:r>
          </w:p>
        </w:tc>
        <w:tc>
          <w:tcPr>
            <w:tcW w:w="6123" w:type="dxa"/>
            <w:vAlign w:val="center"/>
          </w:tcPr>
          <w:p w14:paraId="0809CB72" w14:textId="77777777" w:rsidR="009B1F84" w:rsidRDefault="00000000">
            <w:r>
              <w:rPr>
                <w:sz w:val="21"/>
              </w:rPr>
              <w:t>OLED, rotativ 360°</w:t>
            </w:r>
          </w:p>
        </w:tc>
      </w:tr>
      <w:tr w:rsidR="009B1F84" w14:paraId="586F8BB7" w14:textId="77777777">
        <w:trPr>
          <w:jc w:val="center"/>
        </w:trPr>
        <w:tc>
          <w:tcPr>
            <w:tcW w:w="3515" w:type="dxa"/>
            <w:vAlign w:val="center"/>
          </w:tcPr>
          <w:p w14:paraId="60BE81CF" w14:textId="77777777" w:rsidR="009B1F84" w:rsidRDefault="00000000">
            <w:r>
              <w:rPr>
                <w:b/>
                <w:sz w:val="21"/>
              </w:rPr>
              <w:t>Conectivitate</w:t>
            </w:r>
          </w:p>
        </w:tc>
        <w:tc>
          <w:tcPr>
            <w:tcW w:w="6123" w:type="dxa"/>
            <w:vAlign w:val="center"/>
          </w:tcPr>
          <w:p w14:paraId="0786C63B" w14:textId="77777777" w:rsidR="009B1F84" w:rsidRDefault="00000000">
            <w:r>
              <w:rPr>
                <w:sz w:val="21"/>
              </w:rPr>
              <w:t>Bluetooth integrat</w:t>
            </w:r>
          </w:p>
        </w:tc>
      </w:tr>
      <w:tr w:rsidR="009B1F84" w14:paraId="76AE430B" w14:textId="77777777">
        <w:trPr>
          <w:jc w:val="center"/>
        </w:trPr>
        <w:tc>
          <w:tcPr>
            <w:tcW w:w="3515" w:type="dxa"/>
            <w:vAlign w:val="center"/>
          </w:tcPr>
          <w:p w14:paraId="4A4FD3DB" w14:textId="77777777" w:rsidR="009B1F84" w:rsidRDefault="00000000">
            <w:r>
              <w:rPr>
                <w:b/>
                <w:sz w:val="21"/>
              </w:rPr>
              <w:t>Aplicație mobilă</w:t>
            </w:r>
          </w:p>
        </w:tc>
        <w:tc>
          <w:tcPr>
            <w:tcW w:w="6123" w:type="dxa"/>
            <w:vAlign w:val="center"/>
          </w:tcPr>
          <w:p w14:paraId="737F535E" w14:textId="77777777" w:rsidR="009B1F84" w:rsidRDefault="00000000">
            <w:r>
              <w:rPr>
                <w:sz w:val="21"/>
              </w:rPr>
              <w:t>Compatibilitate cu aplicație mobilă pentru afișarea și salvarea datelor în timp real</w:t>
            </w:r>
          </w:p>
        </w:tc>
      </w:tr>
      <w:tr w:rsidR="009B1F84" w14:paraId="79A1D787" w14:textId="77777777">
        <w:trPr>
          <w:jc w:val="center"/>
        </w:trPr>
        <w:tc>
          <w:tcPr>
            <w:tcW w:w="3515" w:type="dxa"/>
            <w:vAlign w:val="center"/>
          </w:tcPr>
          <w:p w14:paraId="164EED9E" w14:textId="77777777" w:rsidR="009B1F84" w:rsidRDefault="00000000">
            <w:r>
              <w:rPr>
                <w:b/>
                <w:sz w:val="21"/>
              </w:rPr>
              <w:t>Timp de citire</w:t>
            </w:r>
          </w:p>
        </w:tc>
        <w:tc>
          <w:tcPr>
            <w:tcW w:w="6123" w:type="dxa"/>
            <w:vAlign w:val="center"/>
          </w:tcPr>
          <w:p w14:paraId="6CFE7A2C" w14:textId="77777777" w:rsidR="009B1F84" w:rsidRDefault="00000000">
            <w:r>
              <w:rPr>
                <w:sz w:val="21"/>
              </w:rPr>
              <w:t>Maximum 8 secunde</w:t>
            </w:r>
          </w:p>
        </w:tc>
      </w:tr>
      <w:tr w:rsidR="009B1F84" w14:paraId="2231FFB4" w14:textId="77777777">
        <w:trPr>
          <w:jc w:val="center"/>
        </w:trPr>
        <w:tc>
          <w:tcPr>
            <w:tcW w:w="3515" w:type="dxa"/>
            <w:vAlign w:val="center"/>
          </w:tcPr>
          <w:p w14:paraId="50D64576" w14:textId="77777777" w:rsidR="009B1F84" w:rsidRDefault="00000000">
            <w:r>
              <w:rPr>
                <w:b/>
                <w:sz w:val="21"/>
              </w:rPr>
              <w:t>Operare</w:t>
            </w:r>
          </w:p>
        </w:tc>
        <w:tc>
          <w:tcPr>
            <w:tcW w:w="6123" w:type="dxa"/>
            <w:vAlign w:val="center"/>
          </w:tcPr>
          <w:p w14:paraId="47339D9A" w14:textId="77777777" w:rsidR="009B1F84" w:rsidRDefault="00000000">
            <w:r>
              <w:rPr>
                <w:sz w:val="21"/>
              </w:rPr>
              <w:t>Cu un singur buton</w:t>
            </w:r>
          </w:p>
        </w:tc>
      </w:tr>
      <w:tr w:rsidR="009B1F84" w14:paraId="66185DA7" w14:textId="77777777">
        <w:trPr>
          <w:jc w:val="center"/>
        </w:trPr>
        <w:tc>
          <w:tcPr>
            <w:tcW w:w="3515" w:type="dxa"/>
            <w:vAlign w:val="center"/>
          </w:tcPr>
          <w:p w14:paraId="732B5F4C" w14:textId="77777777" w:rsidR="009B1F84" w:rsidRDefault="00000000">
            <w:r>
              <w:rPr>
                <w:b/>
                <w:sz w:val="21"/>
              </w:rPr>
              <w:t>Alarmă</w:t>
            </w:r>
          </w:p>
        </w:tc>
        <w:tc>
          <w:tcPr>
            <w:tcW w:w="6123" w:type="dxa"/>
            <w:vAlign w:val="center"/>
          </w:tcPr>
          <w:p w14:paraId="61F3EEAD" w14:textId="77777777" w:rsidR="009B1F84" w:rsidRDefault="00000000">
            <w:r>
              <w:rPr>
                <w:sz w:val="21"/>
              </w:rPr>
              <w:t>Pentru valori anormale de oxigen sau puls</w:t>
            </w:r>
          </w:p>
        </w:tc>
      </w:tr>
      <w:tr w:rsidR="009B1F84" w14:paraId="3449C442" w14:textId="77777777">
        <w:trPr>
          <w:jc w:val="center"/>
        </w:trPr>
        <w:tc>
          <w:tcPr>
            <w:tcW w:w="3515" w:type="dxa"/>
            <w:vAlign w:val="center"/>
          </w:tcPr>
          <w:p w14:paraId="4FCDC4B5" w14:textId="77777777" w:rsidR="009B1F84" w:rsidRDefault="00000000">
            <w:r>
              <w:rPr>
                <w:b/>
                <w:sz w:val="21"/>
              </w:rPr>
              <w:t>Tehnologie de măsurare</w:t>
            </w:r>
          </w:p>
        </w:tc>
        <w:tc>
          <w:tcPr>
            <w:tcW w:w="6123" w:type="dxa"/>
            <w:vAlign w:val="center"/>
          </w:tcPr>
          <w:p w14:paraId="240022F5" w14:textId="77777777" w:rsidR="009B1F84" w:rsidRDefault="00000000">
            <w:r>
              <w:rPr>
                <w:sz w:val="21"/>
              </w:rPr>
              <w:t>Fotoelectrică</w:t>
            </w:r>
          </w:p>
        </w:tc>
      </w:tr>
      <w:tr w:rsidR="009B1F84" w14:paraId="289A3965" w14:textId="77777777">
        <w:trPr>
          <w:jc w:val="center"/>
        </w:trPr>
        <w:tc>
          <w:tcPr>
            <w:tcW w:w="3515" w:type="dxa"/>
            <w:vAlign w:val="center"/>
          </w:tcPr>
          <w:p w14:paraId="0CFAD4BF" w14:textId="77777777" w:rsidR="009B1F84" w:rsidRDefault="00000000">
            <w:r>
              <w:rPr>
                <w:b/>
                <w:sz w:val="21"/>
              </w:rPr>
              <w:t>Certificare</w:t>
            </w:r>
          </w:p>
        </w:tc>
        <w:tc>
          <w:tcPr>
            <w:tcW w:w="6123" w:type="dxa"/>
            <w:vAlign w:val="center"/>
          </w:tcPr>
          <w:p w14:paraId="0DC062C8" w14:textId="77777777" w:rsidR="009B1F84" w:rsidRDefault="00000000">
            <w:r>
              <w:rPr>
                <w:sz w:val="21"/>
              </w:rPr>
              <w:t>Dispozitiv medical conform normelor europene MDR</w:t>
            </w:r>
          </w:p>
        </w:tc>
      </w:tr>
      <w:tr w:rsidR="009B1F84" w14:paraId="5D53E7CB" w14:textId="77777777">
        <w:trPr>
          <w:jc w:val="center"/>
        </w:trPr>
        <w:tc>
          <w:tcPr>
            <w:tcW w:w="3515" w:type="dxa"/>
            <w:vAlign w:val="center"/>
          </w:tcPr>
          <w:p w14:paraId="3F98AE02" w14:textId="77777777" w:rsidR="009B1F84" w:rsidRDefault="00000000">
            <w:r>
              <w:rPr>
                <w:b/>
                <w:sz w:val="21"/>
              </w:rPr>
              <w:t>Funcții</w:t>
            </w:r>
          </w:p>
        </w:tc>
        <w:tc>
          <w:tcPr>
            <w:tcW w:w="6123" w:type="dxa"/>
            <w:vAlign w:val="center"/>
          </w:tcPr>
          <w:p w14:paraId="5F586628" w14:textId="77777777" w:rsidR="009B1F84" w:rsidRDefault="00000000">
            <w:r>
              <w:rPr>
                <w:sz w:val="21"/>
              </w:rPr>
              <w:t>Indicator baterie; oprire automată; notificare sonoră</w:t>
            </w:r>
          </w:p>
        </w:tc>
      </w:tr>
      <w:tr w:rsidR="009B1F84" w14:paraId="47C1E74F" w14:textId="77777777">
        <w:trPr>
          <w:jc w:val="center"/>
        </w:trPr>
        <w:tc>
          <w:tcPr>
            <w:tcW w:w="3515" w:type="dxa"/>
            <w:vAlign w:val="center"/>
          </w:tcPr>
          <w:p w14:paraId="76F039B9" w14:textId="77777777" w:rsidR="009B1F84" w:rsidRDefault="00000000">
            <w:r>
              <w:rPr>
                <w:b/>
                <w:sz w:val="21"/>
              </w:rPr>
              <w:t>Valori măsurate</w:t>
            </w:r>
          </w:p>
        </w:tc>
        <w:tc>
          <w:tcPr>
            <w:tcW w:w="6123" w:type="dxa"/>
            <w:vAlign w:val="center"/>
          </w:tcPr>
          <w:p w14:paraId="78E36C62" w14:textId="77777777" w:rsidR="009B1F84" w:rsidRDefault="00000000">
            <w:r>
              <w:rPr>
                <w:sz w:val="21"/>
              </w:rPr>
              <w:t>Saturația oxigenului din sânge (SpO₂) și pulsul</w:t>
            </w:r>
          </w:p>
        </w:tc>
      </w:tr>
      <w:tr w:rsidR="009B1F84" w14:paraId="685D647F" w14:textId="77777777">
        <w:trPr>
          <w:jc w:val="center"/>
        </w:trPr>
        <w:tc>
          <w:tcPr>
            <w:tcW w:w="3515" w:type="dxa"/>
            <w:vAlign w:val="center"/>
          </w:tcPr>
          <w:p w14:paraId="74D39757" w14:textId="77777777" w:rsidR="009B1F84" w:rsidRDefault="00000000">
            <w:r>
              <w:rPr>
                <w:b/>
                <w:sz w:val="21"/>
              </w:rPr>
              <w:t>Interval puls</w:t>
            </w:r>
          </w:p>
        </w:tc>
        <w:tc>
          <w:tcPr>
            <w:tcW w:w="6123" w:type="dxa"/>
            <w:vAlign w:val="center"/>
          </w:tcPr>
          <w:p w14:paraId="7461D60B" w14:textId="77777777" w:rsidR="009B1F84" w:rsidRDefault="00000000">
            <w:r>
              <w:rPr>
                <w:sz w:val="21"/>
              </w:rPr>
              <w:t>30 – 240 BPM</w:t>
            </w:r>
          </w:p>
        </w:tc>
      </w:tr>
    </w:tbl>
    <w:p w14:paraId="61E549C1" w14:textId="77777777" w:rsidR="009B1F84" w:rsidRDefault="00000000">
      <w:pPr>
        <w:spacing w:before="160" w:after="80"/>
      </w:pPr>
      <w:r>
        <w:rPr>
          <w:b/>
          <w:sz w:val="23"/>
        </w:rPr>
        <w:t>4. Tabel / planșă optometrică mixtă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6123"/>
      </w:tblGrid>
      <w:tr w:rsidR="009B1F84" w14:paraId="6D934F03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344B675A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Caracteristică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4BC8B34C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Cerință tehnică minimă / maximă</w:t>
            </w:r>
          </w:p>
        </w:tc>
      </w:tr>
      <w:tr w:rsidR="009B1F84" w14:paraId="275B764F" w14:textId="77777777">
        <w:trPr>
          <w:jc w:val="center"/>
        </w:trPr>
        <w:tc>
          <w:tcPr>
            <w:tcW w:w="3515" w:type="dxa"/>
            <w:vAlign w:val="center"/>
          </w:tcPr>
          <w:p w14:paraId="474B0F37" w14:textId="77777777" w:rsidR="009B1F84" w:rsidRDefault="00000000">
            <w:r>
              <w:rPr>
                <w:b/>
                <w:sz w:val="21"/>
              </w:rPr>
              <w:t>Distanță de lucru</w:t>
            </w:r>
          </w:p>
        </w:tc>
        <w:tc>
          <w:tcPr>
            <w:tcW w:w="6123" w:type="dxa"/>
            <w:vAlign w:val="center"/>
          </w:tcPr>
          <w:p w14:paraId="259384D4" w14:textId="77777777" w:rsidR="009B1F84" w:rsidRDefault="00000000">
            <w:r>
              <w:rPr>
                <w:sz w:val="21"/>
              </w:rPr>
              <w:t>3 m</w:t>
            </w:r>
          </w:p>
        </w:tc>
      </w:tr>
      <w:tr w:rsidR="009B1F84" w14:paraId="0B9FD4A1" w14:textId="77777777">
        <w:trPr>
          <w:jc w:val="center"/>
        </w:trPr>
        <w:tc>
          <w:tcPr>
            <w:tcW w:w="3515" w:type="dxa"/>
            <w:vAlign w:val="center"/>
          </w:tcPr>
          <w:p w14:paraId="7AD67E80" w14:textId="77777777" w:rsidR="009B1F84" w:rsidRDefault="00000000">
            <w:r>
              <w:rPr>
                <w:b/>
                <w:sz w:val="21"/>
              </w:rPr>
              <w:t>Dimensiune</w:t>
            </w:r>
          </w:p>
        </w:tc>
        <w:tc>
          <w:tcPr>
            <w:tcW w:w="6123" w:type="dxa"/>
            <w:vAlign w:val="center"/>
          </w:tcPr>
          <w:p w14:paraId="11BFF17C" w14:textId="77777777" w:rsidR="009B1F84" w:rsidRDefault="00000000">
            <w:r>
              <w:rPr>
                <w:sz w:val="21"/>
              </w:rPr>
              <w:t>28 × 56 cm</w:t>
            </w:r>
          </w:p>
        </w:tc>
      </w:tr>
      <w:tr w:rsidR="009B1F84" w14:paraId="0CFB54CA" w14:textId="77777777">
        <w:trPr>
          <w:jc w:val="center"/>
        </w:trPr>
        <w:tc>
          <w:tcPr>
            <w:tcW w:w="3515" w:type="dxa"/>
            <w:vAlign w:val="center"/>
          </w:tcPr>
          <w:p w14:paraId="0DACC8E8" w14:textId="77777777" w:rsidR="009B1F84" w:rsidRDefault="00000000">
            <w:r>
              <w:rPr>
                <w:b/>
                <w:sz w:val="21"/>
              </w:rPr>
              <w:t>Material</w:t>
            </w:r>
          </w:p>
        </w:tc>
        <w:tc>
          <w:tcPr>
            <w:tcW w:w="6123" w:type="dxa"/>
            <w:vAlign w:val="center"/>
          </w:tcPr>
          <w:p w14:paraId="38A42A66" w14:textId="77777777" w:rsidR="009B1F84" w:rsidRDefault="00000000">
            <w:r>
              <w:rPr>
                <w:sz w:val="21"/>
              </w:rPr>
              <w:t>Foaie de polipropilenă albă, naturală</w:t>
            </w:r>
          </w:p>
        </w:tc>
      </w:tr>
      <w:tr w:rsidR="009B1F84" w14:paraId="1D90C07B" w14:textId="77777777">
        <w:trPr>
          <w:jc w:val="center"/>
        </w:trPr>
        <w:tc>
          <w:tcPr>
            <w:tcW w:w="3515" w:type="dxa"/>
            <w:vAlign w:val="center"/>
          </w:tcPr>
          <w:p w14:paraId="20F072AC" w14:textId="77777777" w:rsidR="009B1F84" w:rsidRDefault="00000000">
            <w:r>
              <w:rPr>
                <w:b/>
                <w:sz w:val="21"/>
              </w:rPr>
              <w:t>Grosime</w:t>
            </w:r>
          </w:p>
        </w:tc>
        <w:tc>
          <w:tcPr>
            <w:tcW w:w="6123" w:type="dxa"/>
            <w:vAlign w:val="center"/>
          </w:tcPr>
          <w:p w14:paraId="436BE72F" w14:textId="77777777" w:rsidR="009B1F84" w:rsidRDefault="00000000">
            <w:r>
              <w:rPr>
                <w:sz w:val="21"/>
              </w:rPr>
              <w:t>0,8 – 1,0 mm</w:t>
            </w:r>
          </w:p>
        </w:tc>
      </w:tr>
    </w:tbl>
    <w:p w14:paraId="5534F052" w14:textId="77777777" w:rsidR="009B1F84" w:rsidRDefault="00000000">
      <w:pPr>
        <w:spacing w:before="160" w:after="80"/>
      </w:pPr>
      <w:r>
        <w:rPr>
          <w:b/>
          <w:sz w:val="23"/>
        </w:rPr>
        <w:t>5. Benzi / teste de glicemie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6123"/>
      </w:tblGrid>
      <w:tr w:rsidR="009B1F84" w14:paraId="1407E4E0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6AF4581F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Caracteristică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3AE59167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Cerință tehnică minimă / maximă</w:t>
            </w:r>
          </w:p>
        </w:tc>
      </w:tr>
      <w:tr w:rsidR="009B1F84" w14:paraId="05F5EBDA" w14:textId="77777777">
        <w:trPr>
          <w:jc w:val="center"/>
        </w:trPr>
        <w:tc>
          <w:tcPr>
            <w:tcW w:w="3515" w:type="dxa"/>
            <w:vAlign w:val="center"/>
          </w:tcPr>
          <w:p w14:paraId="0DE431A8" w14:textId="77777777" w:rsidR="009B1F84" w:rsidRDefault="00000000">
            <w:r>
              <w:rPr>
                <w:b/>
                <w:sz w:val="21"/>
              </w:rPr>
              <w:t>Zona corporală</w:t>
            </w:r>
          </w:p>
        </w:tc>
        <w:tc>
          <w:tcPr>
            <w:tcW w:w="6123" w:type="dxa"/>
            <w:vAlign w:val="center"/>
          </w:tcPr>
          <w:p w14:paraId="0651AA10" w14:textId="77777777" w:rsidR="009B1F84" w:rsidRDefault="00000000">
            <w:r>
              <w:rPr>
                <w:sz w:val="21"/>
              </w:rPr>
              <w:t>Degete</w:t>
            </w:r>
          </w:p>
        </w:tc>
      </w:tr>
      <w:tr w:rsidR="009B1F84" w14:paraId="162B90DC" w14:textId="77777777">
        <w:trPr>
          <w:jc w:val="center"/>
        </w:trPr>
        <w:tc>
          <w:tcPr>
            <w:tcW w:w="3515" w:type="dxa"/>
            <w:vAlign w:val="center"/>
          </w:tcPr>
          <w:p w14:paraId="4665BAF9" w14:textId="77777777" w:rsidR="009B1F84" w:rsidRDefault="00000000">
            <w:r>
              <w:rPr>
                <w:b/>
                <w:sz w:val="21"/>
              </w:rPr>
              <w:t>Tip utilizare</w:t>
            </w:r>
          </w:p>
        </w:tc>
        <w:tc>
          <w:tcPr>
            <w:tcW w:w="6123" w:type="dxa"/>
            <w:vAlign w:val="center"/>
          </w:tcPr>
          <w:p w14:paraId="47C2C5D0" w14:textId="77777777" w:rsidR="009B1F84" w:rsidRDefault="00000000">
            <w:r>
              <w:rPr>
                <w:sz w:val="21"/>
              </w:rPr>
              <w:t>Uz casnic</w:t>
            </w:r>
          </w:p>
        </w:tc>
      </w:tr>
      <w:tr w:rsidR="009B1F84" w14:paraId="295D749C" w14:textId="77777777">
        <w:trPr>
          <w:jc w:val="center"/>
        </w:trPr>
        <w:tc>
          <w:tcPr>
            <w:tcW w:w="3515" w:type="dxa"/>
            <w:vAlign w:val="center"/>
          </w:tcPr>
          <w:p w14:paraId="206108AA" w14:textId="77777777" w:rsidR="009B1F84" w:rsidRDefault="00000000">
            <w:r>
              <w:rPr>
                <w:b/>
                <w:sz w:val="21"/>
              </w:rPr>
              <w:t>Număr benzi de testare</w:t>
            </w:r>
          </w:p>
        </w:tc>
        <w:tc>
          <w:tcPr>
            <w:tcW w:w="6123" w:type="dxa"/>
            <w:vAlign w:val="center"/>
          </w:tcPr>
          <w:p w14:paraId="459612D6" w14:textId="77777777" w:rsidR="009B1F84" w:rsidRDefault="00000000">
            <w:r>
              <w:rPr>
                <w:sz w:val="21"/>
              </w:rPr>
              <w:t>Minimum 50</w:t>
            </w:r>
          </w:p>
        </w:tc>
      </w:tr>
      <w:tr w:rsidR="009B1F84" w14:paraId="63CBDCE0" w14:textId="77777777">
        <w:trPr>
          <w:jc w:val="center"/>
        </w:trPr>
        <w:tc>
          <w:tcPr>
            <w:tcW w:w="3515" w:type="dxa"/>
            <w:vAlign w:val="center"/>
          </w:tcPr>
          <w:p w14:paraId="014F487C" w14:textId="77777777" w:rsidR="009B1F84" w:rsidRDefault="00000000">
            <w:r>
              <w:rPr>
                <w:b/>
                <w:sz w:val="21"/>
              </w:rPr>
              <w:t>Valori măsurate</w:t>
            </w:r>
          </w:p>
        </w:tc>
        <w:tc>
          <w:tcPr>
            <w:tcW w:w="6123" w:type="dxa"/>
            <w:vAlign w:val="center"/>
          </w:tcPr>
          <w:p w14:paraId="599C7F48" w14:textId="77777777" w:rsidR="009B1F84" w:rsidRDefault="00000000">
            <w:r>
              <w:rPr>
                <w:sz w:val="21"/>
              </w:rPr>
              <w:t>Glucoză</w:t>
            </w:r>
          </w:p>
        </w:tc>
      </w:tr>
      <w:tr w:rsidR="009B1F84" w14:paraId="1FED1B10" w14:textId="77777777">
        <w:trPr>
          <w:jc w:val="center"/>
        </w:trPr>
        <w:tc>
          <w:tcPr>
            <w:tcW w:w="3515" w:type="dxa"/>
            <w:vAlign w:val="center"/>
          </w:tcPr>
          <w:p w14:paraId="1EE55C03" w14:textId="77777777" w:rsidR="009B1F84" w:rsidRDefault="00000000">
            <w:r>
              <w:rPr>
                <w:b/>
                <w:sz w:val="21"/>
              </w:rPr>
              <w:t>Conținut pachet</w:t>
            </w:r>
          </w:p>
        </w:tc>
        <w:tc>
          <w:tcPr>
            <w:tcW w:w="6123" w:type="dxa"/>
            <w:vAlign w:val="center"/>
          </w:tcPr>
          <w:p w14:paraId="6007A260" w14:textId="77777777" w:rsidR="009B1F84" w:rsidRDefault="00000000">
            <w:r>
              <w:rPr>
                <w:sz w:val="21"/>
              </w:rPr>
              <w:t>60 seturi</w:t>
            </w:r>
          </w:p>
        </w:tc>
      </w:tr>
      <w:tr w:rsidR="009B1F84" w14:paraId="3BACD0EF" w14:textId="77777777">
        <w:trPr>
          <w:jc w:val="center"/>
        </w:trPr>
        <w:tc>
          <w:tcPr>
            <w:tcW w:w="3515" w:type="dxa"/>
            <w:vAlign w:val="center"/>
          </w:tcPr>
          <w:p w14:paraId="6633F4A6" w14:textId="77777777" w:rsidR="009B1F84" w:rsidRDefault="00000000">
            <w:r>
              <w:rPr>
                <w:b/>
                <w:sz w:val="21"/>
              </w:rPr>
              <w:t>Culoare</w:t>
            </w:r>
          </w:p>
        </w:tc>
        <w:tc>
          <w:tcPr>
            <w:tcW w:w="6123" w:type="dxa"/>
            <w:vAlign w:val="center"/>
          </w:tcPr>
          <w:p w14:paraId="723D7B37" w14:textId="77777777" w:rsidR="009B1F84" w:rsidRDefault="00000000">
            <w:r>
              <w:rPr>
                <w:sz w:val="21"/>
              </w:rPr>
              <w:t>Alb</w:t>
            </w:r>
          </w:p>
        </w:tc>
      </w:tr>
    </w:tbl>
    <w:p w14:paraId="6FD846A6" w14:textId="77777777" w:rsidR="009B1F84" w:rsidRDefault="00000000">
      <w:pPr>
        <w:spacing w:before="160" w:after="80"/>
      </w:pPr>
      <w:r>
        <w:rPr>
          <w:b/>
          <w:sz w:val="23"/>
        </w:rPr>
        <w:t>6. Minge medicinală tip Slam Ball – 3 kg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6123"/>
      </w:tblGrid>
      <w:tr w:rsidR="009B1F84" w14:paraId="5511111A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571B48BD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Caracteristică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4CC24D02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Cerință tehnică minimă / maximă</w:t>
            </w:r>
          </w:p>
        </w:tc>
      </w:tr>
      <w:tr w:rsidR="009B1F84" w14:paraId="3426AA4D" w14:textId="77777777">
        <w:trPr>
          <w:jc w:val="center"/>
        </w:trPr>
        <w:tc>
          <w:tcPr>
            <w:tcW w:w="3515" w:type="dxa"/>
            <w:vAlign w:val="center"/>
          </w:tcPr>
          <w:p w14:paraId="0ACA0850" w14:textId="77777777" w:rsidR="009B1F84" w:rsidRDefault="00000000">
            <w:r>
              <w:rPr>
                <w:b/>
                <w:sz w:val="21"/>
              </w:rPr>
              <w:t>Greutate nominală</w:t>
            </w:r>
          </w:p>
        </w:tc>
        <w:tc>
          <w:tcPr>
            <w:tcW w:w="6123" w:type="dxa"/>
            <w:vAlign w:val="center"/>
          </w:tcPr>
          <w:p w14:paraId="03AD8DD4" w14:textId="77777777" w:rsidR="009B1F84" w:rsidRDefault="00000000">
            <w:r>
              <w:rPr>
                <w:sz w:val="21"/>
              </w:rPr>
              <w:t>3 kg</w:t>
            </w:r>
          </w:p>
        </w:tc>
      </w:tr>
      <w:tr w:rsidR="009B1F84" w14:paraId="0BD50F99" w14:textId="77777777">
        <w:trPr>
          <w:jc w:val="center"/>
        </w:trPr>
        <w:tc>
          <w:tcPr>
            <w:tcW w:w="3515" w:type="dxa"/>
            <w:vAlign w:val="center"/>
          </w:tcPr>
          <w:p w14:paraId="4A600CDC" w14:textId="77777777" w:rsidR="009B1F84" w:rsidRDefault="00000000">
            <w:r>
              <w:rPr>
                <w:b/>
                <w:sz w:val="21"/>
              </w:rPr>
              <w:t>Diametru</w:t>
            </w:r>
          </w:p>
        </w:tc>
        <w:tc>
          <w:tcPr>
            <w:tcW w:w="6123" w:type="dxa"/>
            <w:vAlign w:val="center"/>
          </w:tcPr>
          <w:p w14:paraId="61DA394C" w14:textId="77777777" w:rsidR="009B1F84" w:rsidRDefault="00000000">
            <w:r>
              <w:rPr>
                <w:sz w:val="21"/>
              </w:rPr>
              <w:t>22 cm</w:t>
            </w:r>
          </w:p>
        </w:tc>
      </w:tr>
      <w:tr w:rsidR="009B1F84" w14:paraId="2A7EAEB9" w14:textId="77777777">
        <w:trPr>
          <w:jc w:val="center"/>
        </w:trPr>
        <w:tc>
          <w:tcPr>
            <w:tcW w:w="3515" w:type="dxa"/>
            <w:vAlign w:val="center"/>
          </w:tcPr>
          <w:p w14:paraId="07C42525" w14:textId="77777777" w:rsidR="009B1F84" w:rsidRDefault="00000000">
            <w:r>
              <w:rPr>
                <w:b/>
                <w:sz w:val="21"/>
              </w:rPr>
              <w:t>Material</w:t>
            </w:r>
          </w:p>
        </w:tc>
        <w:tc>
          <w:tcPr>
            <w:tcW w:w="6123" w:type="dxa"/>
            <w:vAlign w:val="center"/>
          </w:tcPr>
          <w:p w14:paraId="0AD1B7A3" w14:textId="77777777" w:rsidR="009B1F84" w:rsidRDefault="00000000">
            <w:r>
              <w:rPr>
                <w:sz w:val="21"/>
              </w:rPr>
              <w:t>PVC rezistent</w:t>
            </w:r>
          </w:p>
        </w:tc>
      </w:tr>
      <w:tr w:rsidR="009B1F84" w14:paraId="78E3218F" w14:textId="77777777">
        <w:trPr>
          <w:jc w:val="center"/>
        </w:trPr>
        <w:tc>
          <w:tcPr>
            <w:tcW w:w="3515" w:type="dxa"/>
            <w:vAlign w:val="center"/>
          </w:tcPr>
          <w:p w14:paraId="5901C61F" w14:textId="77777777" w:rsidR="009B1F84" w:rsidRDefault="00000000">
            <w:r>
              <w:rPr>
                <w:b/>
                <w:sz w:val="21"/>
              </w:rPr>
              <w:t>Suprafață</w:t>
            </w:r>
          </w:p>
        </w:tc>
        <w:tc>
          <w:tcPr>
            <w:tcW w:w="6123" w:type="dxa"/>
            <w:vAlign w:val="center"/>
          </w:tcPr>
          <w:p w14:paraId="341A8813" w14:textId="77777777" w:rsidR="009B1F84" w:rsidRDefault="00000000">
            <w:r>
              <w:rPr>
                <w:sz w:val="21"/>
              </w:rPr>
              <w:t>Antiderapantă</w:t>
            </w:r>
          </w:p>
        </w:tc>
      </w:tr>
      <w:tr w:rsidR="009B1F84" w14:paraId="3E3E93A2" w14:textId="77777777">
        <w:trPr>
          <w:jc w:val="center"/>
        </w:trPr>
        <w:tc>
          <w:tcPr>
            <w:tcW w:w="3515" w:type="dxa"/>
            <w:vAlign w:val="center"/>
          </w:tcPr>
          <w:p w14:paraId="3C8B50ED" w14:textId="77777777" w:rsidR="009B1F84" w:rsidRDefault="00000000">
            <w:r>
              <w:rPr>
                <w:b/>
                <w:sz w:val="21"/>
              </w:rPr>
              <w:t>Sistem</w:t>
            </w:r>
          </w:p>
        </w:tc>
        <w:tc>
          <w:tcPr>
            <w:tcW w:w="6123" w:type="dxa"/>
            <w:vAlign w:val="center"/>
          </w:tcPr>
          <w:p w14:paraId="47AC762E" w14:textId="77777777" w:rsidR="009B1F84" w:rsidRDefault="00000000">
            <w:r>
              <w:rPr>
                <w:sz w:val="21"/>
              </w:rPr>
              <w:t>Anti-Bounce</w:t>
            </w:r>
          </w:p>
        </w:tc>
      </w:tr>
      <w:tr w:rsidR="009B1F84" w14:paraId="13722A3B" w14:textId="77777777">
        <w:trPr>
          <w:jc w:val="center"/>
        </w:trPr>
        <w:tc>
          <w:tcPr>
            <w:tcW w:w="3515" w:type="dxa"/>
            <w:vAlign w:val="center"/>
          </w:tcPr>
          <w:p w14:paraId="01B28E4A" w14:textId="77777777" w:rsidR="009B1F84" w:rsidRDefault="00000000">
            <w:r>
              <w:rPr>
                <w:b/>
                <w:sz w:val="21"/>
              </w:rPr>
              <w:t>Umplutură</w:t>
            </w:r>
          </w:p>
        </w:tc>
        <w:tc>
          <w:tcPr>
            <w:tcW w:w="6123" w:type="dxa"/>
            <w:vAlign w:val="center"/>
          </w:tcPr>
          <w:p w14:paraId="3A095798" w14:textId="77777777" w:rsidR="009B1F84" w:rsidRDefault="00000000">
            <w:r>
              <w:rPr>
                <w:sz w:val="21"/>
              </w:rPr>
              <w:t>Nisip</w:t>
            </w:r>
          </w:p>
        </w:tc>
      </w:tr>
      <w:tr w:rsidR="009B1F84" w14:paraId="582F8C11" w14:textId="77777777">
        <w:trPr>
          <w:jc w:val="center"/>
        </w:trPr>
        <w:tc>
          <w:tcPr>
            <w:tcW w:w="3515" w:type="dxa"/>
            <w:vAlign w:val="center"/>
          </w:tcPr>
          <w:p w14:paraId="1DCAD2E8" w14:textId="77777777" w:rsidR="009B1F84" w:rsidRDefault="00000000">
            <w:r>
              <w:rPr>
                <w:b/>
                <w:sz w:val="21"/>
              </w:rPr>
              <w:t>Rezistență</w:t>
            </w:r>
          </w:p>
        </w:tc>
        <w:tc>
          <w:tcPr>
            <w:tcW w:w="6123" w:type="dxa"/>
            <w:vAlign w:val="center"/>
          </w:tcPr>
          <w:p w14:paraId="0909CDF9" w14:textId="77777777" w:rsidR="009B1F84" w:rsidRDefault="00000000">
            <w:r>
              <w:rPr>
                <w:sz w:val="21"/>
              </w:rPr>
              <w:t>Rezistentă la impact, abraziune și deteriorare</w:t>
            </w:r>
          </w:p>
        </w:tc>
      </w:tr>
      <w:tr w:rsidR="009B1F84" w14:paraId="6FE9AD39" w14:textId="77777777">
        <w:trPr>
          <w:jc w:val="center"/>
        </w:trPr>
        <w:tc>
          <w:tcPr>
            <w:tcW w:w="3515" w:type="dxa"/>
            <w:vAlign w:val="center"/>
          </w:tcPr>
          <w:p w14:paraId="331D5460" w14:textId="77777777" w:rsidR="009B1F84" w:rsidRDefault="00000000">
            <w:r>
              <w:rPr>
                <w:b/>
                <w:sz w:val="21"/>
              </w:rPr>
              <w:t>Destinație</w:t>
            </w:r>
          </w:p>
        </w:tc>
        <w:tc>
          <w:tcPr>
            <w:tcW w:w="6123" w:type="dxa"/>
            <w:vAlign w:val="center"/>
          </w:tcPr>
          <w:p w14:paraId="073AA572" w14:textId="77777777" w:rsidR="009B1F84" w:rsidRDefault="00000000">
            <w:r>
              <w:rPr>
                <w:sz w:val="21"/>
              </w:rPr>
              <w:t>Antrenament de forță, antrenament funcțional, recuperare</w:t>
            </w:r>
          </w:p>
        </w:tc>
      </w:tr>
    </w:tbl>
    <w:p w14:paraId="72A7675A" w14:textId="77777777" w:rsidR="009B1F84" w:rsidRDefault="00000000">
      <w:pPr>
        <w:spacing w:before="160" w:after="80"/>
      </w:pPr>
      <w:r>
        <w:rPr>
          <w:b/>
          <w:sz w:val="23"/>
        </w:rPr>
        <w:t>7. Minge medicinală tip Slam Ball – 5 kg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6123"/>
      </w:tblGrid>
      <w:tr w:rsidR="009B1F84" w14:paraId="248AEA3E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1B34ED72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Caracteristică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5885EABB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Cerință tehnică minimă / maximă</w:t>
            </w:r>
          </w:p>
        </w:tc>
      </w:tr>
      <w:tr w:rsidR="009B1F84" w14:paraId="6027BB61" w14:textId="77777777">
        <w:trPr>
          <w:jc w:val="center"/>
        </w:trPr>
        <w:tc>
          <w:tcPr>
            <w:tcW w:w="3515" w:type="dxa"/>
            <w:vAlign w:val="center"/>
          </w:tcPr>
          <w:p w14:paraId="00490BFE" w14:textId="77777777" w:rsidR="009B1F84" w:rsidRDefault="00000000">
            <w:r>
              <w:rPr>
                <w:b/>
                <w:sz w:val="21"/>
              </w:rPr>
              <w:t>Greutate nominală</w:t>
            </w:r>
          </w:p>
        </w:tc>
        <w:tc>
          <w:tcPr>
            <w:tcW w:w="6123" w:type="dxa"/>
            <w:vAlign w:val="center"/>
          </w:tcPr>
          <w:p w14:paraId="0D5DBCFC" w14:textId="77777777" w:rsidR="009B1F84" w:rsidRDefault="00000000">
            <w:r>
              <w:rPr>
                <w:sz w:val="21"/>
              </w:rPr>
              <w:t>5 kg</w:t>
            </w:r>
          </w:p>
        </w:tc>
      </w:tr>
      <w:tr w:rsidR="009B1F84" w14:paraId="16194E8A" w14:textId="77777777">
        <w:trPr>
          <w:jc w:val="center"/>
        </w:trPr>
        <w:tc>
          <w:tcPr>
            <w:tcW w:w="3515" w:type="dxa"/>
            <w:vAlign w:val="center"/>
          </w:tcPr>
          <w:p w14:paraId="6F4C6A68" w14:textId="77777777" w:rsidR="009B1F84" w:rsidRDefault="00000000">
            <w:r>
              <w:rPr>
                <w:b/>
                <w:sz w:val="21"/>
              </w:rPr>
              <w:t>Diametru</w:t>
            </w:r>
          </w:p>
        </w:tc>
        <w:tc>
          <w:tcPr>
            <w:tcW w:w="6123" w:type="dxa"/>
            <w:vAlign w:val="center"/>
          </w:tcPr>
          <w:p w14:paraId="619B18F5" w14:textId="77777777" w:rsidR="009B1F84" w:rsidRDefault="00000000">
            <w:r>
              <w:rPr>
                <w:sz w:val="21"/>
              </w:rPr>
              <w:t>22 cm</w:t>
            </w:r>
          </w:p>
        </w:tc>
      </w:tr>
      <w:tr w:rsidR="009B1F84" w14:paraId="2A44373B" w14:textId="77777777">
        <w:trPr>
          <w:jc w:val="center"/>
        </w:trPr>
        <w:tc>
          <w:tcPr>
            <w:tcW w:w="3515" w:type="dxa"/>
            <w:vAlign w:val="center"/>
          </w:tcPr>
          <w:p w14:paraId="63E6CE4F" w14:textId="77777777" w:rsidR="009B1F84" w:rsidRDefault="00000000">
            <w:r>
              <w:rPr>
                <w:b/>
                <w:sz w:val="21"/>
              </w:rPr>
              <w:lastRenderedPageBreak/>
              <w:t>Material</w:t>
            </w:r>
          </w:p>
        </w:tc>
        <w:tc>
          <w:tcPr>
            <w:tcW w:w="6123" w:type="dxa"/>
            <w:vAlign w:val="center"/>
          </w:tcPr>
          <w:p w14:paraId="2885A629" w14:textId="77777777" w:rsidR="009B1F84" w:rsidRDefault="00000000">
            <w:r>
              <w:rPr>
                <w:sz w:val="21"/>
              </w:rPr>
              <w:t>PVC rezistent</w:t>
            </w:r>
          </w:p>
        </w:tc>
      </w:tr>
      <w:tr w:rsidR="009B1F84" w14:paraId="61DBB114" w14:textId="77777777">
        <w:trPr>
          <w:jc w:val="center"/>
        </w:trPr>
        <w:tc>
          <w:tcPr>
            <w:tcW w:w="3515" w:type="dxa"/>
            <w:vAlign w:val="center"/>
          </w:tcPr>
          <w:p w14:paraId="16079F17" w14:textId="77777777" w:rsidR="009B1F84" w:rsidRDefault="00000000">
            <w:r>
              <w:rPr>
                <w:b/>
                <w:sz w:val="21"/>
              </w:rPr>
              <w:t>Suprafață</w:t>
            </w:r>
          </w:p>
        </w:tc>
        <w:tc>
          <w:tcPr>
            <w:tcW w:w="6123" w:type="dxa"/>
            <w:vAlign w:val="center"/>
          </w:tcPr>
          <w:p w14:paraId="3D6EE1DD" w14:textId="77777777" w:rsidR="009B1F84" w:rsidRDefault="00000000">
            <w:r>
              <w:rPr>
                <w:sz w:val="21"/>
              </w:rPr>
              <w:t>Antiderapantă</w:t>
            </w:r>
          </w:p>
        </w:tc>
      </w:tr>
      <w:tr w:rsidR="009B1F84" w14:paraId="7C3FDA46" w14:textId="77777777">
        <w:trPr>
          <w:jc w:val="center"/>
        </w:trPr>
        <w:tc>
          <w:tcPr>
            <w:tcW w:w="3515" w:type="dxa"/>
            <w:vAlign w:val="center"/>
          </w:tcPr>
          <w:p w14:paraId="44252548" w14:textId="77777777" w:rsidR="009B1F84" w:rsidRDefault="00000000">
            <w:r>
              <w:rPr>
                <w:b/>
                <w:sz w:val="21"/>
              </w:rPr>
              <w:t>Sistem</w:t>
            </w:r>
          </w:p>
        </w:tc>
        <w:tc>
          <w:tcPr>
            <w:tcW w:w="6123" w:type="dxa"/>
            <w:vAlign w:val="center"/>
          </w:tcPr>
          <w:p w14:paraId="60140CE7" w14:textId="77777777" w:rsidR="009B1F84" w:rsidRDefault="00000000">
            <w:r>
              <w:rPr>
                <w:sz w:val="21"/>
              </w:rPr>
              <w:t>Anti-Bounce</w:t>
            </w:r>
          </w:p>
        </w:tc>
      </w:tr>
      <w:tr w:rsidR="009B1F84" w14:paraId="60B40FE6" w14:textId="77777777">
        <w:trPr>
          <w:jc w:val="center"/>
        </w:trPr>
        <w:tc>
          <w:tcPr>
            <w:tcW w:w="3515" w:type="dxa"/>
            <w:vAlign w:val="center"/>
          </w:tcPr>
          <w:p w14:paraId="38A59FE6" w14:textId="77777777" w:rsidR="009B1F84" w:rsidRDefault="00000000">
            <w:r>
              <w:rPr>
                <w:b/>
                <w:sz w:val="21"/>
              </w:rPr>
              <w:t>Umplutură</w:t>
            </w:r>
          </w:p>
        </w:tc>
        <w:tc>
          <w:tcPr>
            <w:tcW w:w="6123" w:type="dxa"/>
            <w:vAlign w:val="center"/>
          </w:tcPr>
          <w:p w14:paraId="44F406C2" w14:textId="77777777" w:rsidR="009B1F84" w:rsidRDefault="00000000">
            <w:r>
              <w:rPr>
                <w:sz w:val="21"/>
              </w:rPr>
              <w:t>Nisip</w:t>
            </w:r>
          </w:p>
        </w:tc>
      </w:tr>
      <w:tr w:rsidR="009B1F84" w14:paraId="20947B26" w14:textId="77777777">
        <w:trPr>
          <w:jc w:val="center"/>
        </w:trPr>
        <w:tc>
          <w:tcPr>
            <w:tcW w:w="3515" w:type="dxa"/>
            <w:vAlign w:val="center"/>
          </w:tcPr>
          <w:p w14:paraId="76D2D912" w14:textId="77777777" w:rsidR="009B1F84" w:rsidRDefault="00000000">
            <w:r>
              <w:rPr>
                <w:b/>
                <w:sz w:val="21"/>
              </w:rPr>
              <w:t>Rezistență</w:t>
            </w:r>
          </w:p>
        </w:tc>
        <w:tc>
          <w:tcPr>
            <w:tcW w:w="6123" w:type="dxa"/>
            <w:vAlign w:val="center"/>
          </w:tcPr>
          <w:p w14:paraId="11DE84AC" w14:textId="77777777" w:rsidR="009B1F84" w:rsidRDefault="00000000">
            <w:r>
              <w:rPr>
                <w:sz w:val="21"/>
              </w:rPr>
              <w:t>Rezistentă la impact, abraziune și deteriorare</w:t>
            </w:r>
          </w:p>
        </w:tc>
      </w:tr>
      <w:tr w:rsidR="009B1F84" w14:paraId="5D34B52A" w14:textId="77777777">
        <w:trPr>
          <w:jc w:val="center"/>
        </w:trPr>
        <w:tc>
          <w:tcPr>
            <w:tcW w:w="3515" w:type="dxa"/>
            <w:vAlign w:val="center"/>
          </w:tcPr>
          <w:p w14:paraId="7B453146" w14:textId="77777777" w:rsidR="009B1F84" w:rsidRDefault="00000000">
            <w:r>
              <w:rPr>
                <w:b/>
                <w:sz w:val="21"/>
              </w:rPr>
              <w:t>Destinație</w:t>
            </w:r>
          </w:p>
        </w:tc>
        <w:tc>
          <w:tcPr>
            <w:tcW w:w="6123" w:type="dxa"/>
            <w:vAlign w:val="center"/>
          </w:tcPr>
          <w:p w14:paraId="28804DC8" w14:textId="77777777" w:rsidR="009B1F84" w:rsidRDefault="00000000">
            <w:r>
              <w:rPr>
                <w:sz w:val="21"/>
              </w:rPr>
              <w:t>Antrenament de forță, antrenament funcțional, recuperare</w:t>
            </w:r>
          </w:p>
        </w:tc>
      </w:tr>
    </w:tbl>
    <w:p w14:paraId="4A16FF59" w14:textId="77777777" w:rsidR="009B1F84" w:rsidRDefault="00000000">
      <w:pPr>
        <w:spacing w:before="160" w:after="80"/>
      </w:pPr>
      <w:r>
        <w:rPr>
          <w:b/>
          <w:sz w:val="23"/>
        </w:rPr>
        <w:t>8. Pernă ortopedică gonflabilă pentru echilibru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6123"/>
      </w:tblGrid>
      <w:tr w:rsidR="009B1F84" w14:paraId="5673D692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6F4ED32B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Caracteristică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3E0810A8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Cerință tehnică minimă / maximă</w:t>
            </w:r>
          </w:p>
        </w:tc>
      </w:tr>
      <w:tr w:rsidR="009B1F84" w14:paraId="06EA6526" w14:textId="77777777">
        <w:trPr>
          <w:jc w:val="center"/>
        </w:trPr>
        <w:tc>
          <w:tcPr>
            <w:tcW w:w="3515" w:type="dxa"/>
            <w:vAlign w:val="center"/>
          </w:tcPr>
          <w:p w14:paraId="34FB7B34" w14:textId="77777777" w:rsidR="009B1F84" w:rsidRDefault="00000000">
            <w:r>
              <w:rPr>
                <w:b/>
                <w:sz w:val="21"/>
              </w:rPr>
              <w:t>Tip</w:t>
            </w:r>
          </w:p>
        </w:tc>
        <w:tc>
          <w:tcPr>
            <w:tcW w:w="6123" w:type="dxa"/>
            <w:vAlign w:val="center"/>
          </w:tcPr>
          <w:p w14:paraId="2EB23D67" w14:textId="77777777" w:rsidR="009B1F84" w:rsidRDefault="00000000">
            <w:r>
              <w:rPr>
                <w:sz w:val="21"/>
              </w:rPr>
              <w:t>Pernă de echilibru gonflabilă</w:t>
            </w:r>
          </w:p>
        </w:tc>
      </w:tr>
      <w:tr w:rsidR="009B1F84" w14:paraId="25403368" w14:textId="77777777">
        <w:trPr>
          <w:jc w:val="center"/>
        </w:trPr>
        <w:tc>
          <w:tcPr>
            <w:tcW w:w="3515" w:type="dxa"/>
            <w:vAlign w:val="center"/>
          </w:tcPr>
          <w:p w14:paraId="69371647" w14:textId="77777777" w:rsidR="009B1F84" w:rsidRDefault="00000000">
            <w:r>
              <w:rPr>
                <w:b/>
                <w:sz w:val="21"/>
              </w:rPr>
              <w:t>Diametru</w:t>
            </w:r>
          </w:p>
        </w:tc>
        <w:tc>
          <w:tcPr>
            <w:tcW w:w="6123" w:type="dxa"/>
            <w:vAlign w:val="center"/>
          </w:tcPr>
          <w:p w14:paraId="015E99D5" w14:textId="77777777" w:rsidR="009B1F84" w:rsidRDefault="00000000">
            <w:r>
              <w:rPr>
                <w:sz w:val="21"/>
              </w:rPr>
              <w:t>33 cm</w:t>
            </w:r>
          </w:p>
        </w:tc>
      </w:tr>
      <w:tr w:rsidR="009B1F84" w14:paraId="2861B1D0" w14:textId="77777777">
        <w:trPr>
          <w:jc w:val="center"/>
        </w:trPr>
        <w:tc>
          <w:tcPr>
            <w:tcW w:w="3515" w:type="dxa"/>
            <w:vAlign w:val="center"/>
          </w:tcPr>
          <w:p w14:paraId="2B00EB02" w14:textId="77777777" w:rsidR="009B1F84" w:rsidRDefault="00000000">
            <w:r>
              <w:rPr>
                <w:b/>
                <w:sz w:val="21"/>
              </w:rPr>
              <w:t>Greutate utilizator</w:t>
            </w:r>
          </w:p>
        </w:tc>
        <w:tc>
          <w:tcPr>
            <w:tcW w:w="6123" w:type="dxa"/>
            <w:vAlign w:val="center"/>
          </w:tcPr>
          <w:p w14:paraId="5D4482FB" w14:textId="77777777" w:rsidR="009B1F84" w:rsidRDefault="00000000">
            <w:r>
              <w:rPr>
                <w:sz w:val="21"/>
              </w:rPr>
              <w:t>Maximum 150 kg</w:t>
            </w:r>
          </w:p>
        </w:tc>
      </w:tr>
      <w:tr w:rsidR="009B1F84" w14:paraId="4DD275E7" w14:textId="77777777">
        <w:trPr>
          <w:jc w:val="center"/>
        </w:trPr>
        <w:tc>
          <w:tcPr>
            <w:tcW w:w="3515" w:type="dxa"/>
            <w:vAlign w:val="center"/>
          </w:tcPr>
          <w:p w14:paraId="46EF3375" w14:textId="77777777" w:rsidR="009B1F84" w:rsidRDefault="00000000">
            <w:r>
              <w:rPr>
                <w:b/>
                <w:sz w:val="21"/>
              </w:rPr>
              <w:t>Utilizare</w:t>
            </w:r>
          </w:p>
        </w:tc>
        <w:tc>
          <w:tcPr>
            <w:tcW w:w="6123" w:type="dxa"/>
            <w:vAlign w:val="center"/>
          </w:tcPr>
          <w:p w14:paraId="6195E080" w14:textId="77777777" w:rsidR="009B1F84" w:rsidRDefault="00000000">
            <w:r>
              <w:rPr>
                <w:sz w:val="21"/>
              </w:rPr>
              <w:t>Pentru șezut și exerciții în picioare</w:t>
            </w:r>
          </w:p>
        </w:tc>
      </w:tr>
      <w:tr w:rsidR="009B1F84" w14:paraId="2576F201" w14:textId="77777777">
        <w:trPr>
          <w:jc w:val="center"/>
        </w:trPr>
        <w:tc>
          <w:tcPr>
            <w:tcW w:w="3515" w:type="dxa"/>
            <w:vAlign w:val="center"/>
          </w:tcPr>
          <w:p w14:paraId="1E01EBDF" w14:textId="77777777" w:rsidR="009B1F84" w:rsidRDefault="00000000">
            <w:r>
              <w:rPr>
                <w:b/>
                <w:sz w:val="21"/>
              </w:rPr>
              <w:t>Destinație</w:t>
            </w:r>
          </w:p>
        </w:tc>
        <w:tc>
          <w:tcPr>
            <w:tcW w:w="6123" w:type="dxa"/>
            <w:vAlign w:val="center"/>
          </w:tcPr>
          <w:p w14:paraId="4AC29264" w14:textId="77777777" w:rsidR="009B1F84" w:rsidRDefault="00000000">
            <w:r>
              <w:rPr>
                <w:sz w:val="21"/>
              </w:rPr>
              <w:t>Antrenarea musculaturii profunde, echilibru, postură și mobilitate</w:t>
            </w:r>
          </w:p>
        </w:tc>
      </w:tr>
      <w:tr w:rsidR="009B1F84" w14:paraId="4904C4B3" w14:textId="77777777">
        <w:trPr>
          <w:jc w:val="center"/>
        </w:trPr>
        <w:tc>
          <w:tcPr>
            <w:tcW w:w="3515" w:type="dxa"/>
            <w:vAlign w:val="center"/>
          </w:tcPr>
          <w:p w14:paraId="5F2EC483" w14:textId="77777777" w:rsidR="009B1F84" w:rsidRDefault="00000000">
            <w:r>
              <w:rPr>
                <w:b/>
                <w:sz w:val="21"/>
              </w:rPr>
              <w:t>Accesoriu inclus</w:t>
            </w:r>
          </w:p>
        </w:tc>
        <w:tc>
          <w:tcPr>
            <w:tcW w:w="6123" w:type="dxa"/>
            <w:vAlign w:val="center"/>
          </w:tcPr>
          <w:p w14:paraId="2035BF9E" w14:textId="77777777" w:rsidR="009B1F84" w:rsidRDefault="00000000">
            <w:r>
              <w:rPr>
                <w:sz w:val="21"/>
              </w:rPr>
              <w:t>Pompă pentru umflare</w:t>
            </w:r>
          </w:p>
        </w:tc>
      </w:tr>
    </w:tbl>
    <w:p w14:paraId="56FAD8A0" w14:textId="77777777" w:rsidR="009B1F84" w:rsidRDefault="00000000">
      <w:pPr>
        <w:spacing w:before="160" w:after="80"/>
      </w:pPr>
      <w:r>
        <w:rPr>
          <w:b/>
          <w:sz w:val="23"/>
        </w:rPr>
        <w:t>9. Termometru digital 5 în 1 cu infraroșu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6123"/>
      </w:tblGrid>
      <w:tr w:rsidR="009B1F84" w14:paraId="5CF099B5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7055448B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Caracteristică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12338135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Cerință tehnică minimă / maximă</w:t>
            </w:r>
          </w:p>
        </w:tc>
      </w:tr>
      <w:tr w:rsidR="009B1F84" w14:paraId="5CBF1D23" w14:textId="77777777">
        <w:trPr>
          <w:jc w:val="center"/>
        </w:trPr>
        <w:tc>
          <w:tcPr>
            <w:tcW w:w="3515" w:type="dxa"/>
            <w:vAlign w:val="center"/>
          </w:tcPr>
          <w:p w14:paraId="15458B39" w14:textId="77777777" w:rsidR="009B1F84" w:rsidRDefault="00000000">
            <w:r>
              <w:rPr>
                <w:b/>
                <w:sz w:val="21"/>
              </w:rPr>
              <w:t>Tip</w:t>
            </w:r>
          </w:p>
        </w:tc>
        <w:tc>
          <w:tcPr>
            <w:tcW w:w="6123" w:type="dxa"/>
            <w:vAlign w:val="center"/>
          </w:tcPr>
          <w:p w14:paraId="27FAD4B6" w14:textId="77777777" w:rsidR="009B1F84" w:rsidRDefault="00000000">
            <w:r>
              <w:rPr>
                <w:sz w:val="21"/>
              </w:rPr>
              <w:t>Digital, cu infraroșu, non-contact</w:t>
            </w:r>
          </w:p>
        </w:tc>
      </w:tr>
      <w:tr w:rsidR="009B1F84" w14:paraId="6CCED4EE" w14:textId="77777777">
        <w:trPr>
          <w:jc w:val="center"/>
        </w:trPr>
        <w:tc>
          <w:tcPr>
            <w:tcW w:w="3515" w:type="dxa"/>
            <w:vAlign w:val="center"/>
          </w:tcPr>
          <w:p w14:paraId="2ACDAB72" w14:textId="77777777" w:rsidR="009B1F84" w:rsidRDefault="00000000">
            <w:r>
              <w:rPr>
                <w:b/>
                <w:sz w:val="21"/>
              </w:rPr>
              <w:t>Zone / obiecte măsurate</w:t>
            </w:r>
          </w:p>
        </w:tc>
        <w:tc>
          <w:tcPr>
            <w:tcW w:w="6123" w:type="dxa"/>
            <w:vAlign w:val="center"/>
          </w:tcPr>
          <w:p w14:paraId="2F370530" w14:textId="77777777" w:rsidR="009B1F84" w:rsidRDefault="00000000">
            <w:r>
              <w:rPr>
                <w:sz w:val="21"/>
              </w:rPr>
              <w:t>Frunte, ureche, obiecte, lichide</w:t>
            </w:r>
          </w:p>
        </w:tc>
      </w:tr>
      <w:tr w:rsidR="009B1F84" w14:paraId="319D4D1E" w14:textId="77777777">
        <w:trPr>
          <w:jc w:val="center"/>
        </w:trPr>
        <w:tc>
          <w:tcPr>
            <w:tcW w:w="3515" w:type="dxa"/>
            <w:vAlign w:val="center"/>
          </w:tcPr>
          <w:p w14:paraId="55CBAE23" w14:textId="77777777" w:rsidR="009B1F84" w:rsidRDefault="00000000">
            <w:r>
              <w:rPr>
                <w:b/>
                <w:sz w:val="21"/>
              </w:rPr>
              <w:t>Utilizatori</w:t>
            </w:r>
          </w:p>
        </w:tc>
        <w:tc>
          <w:tcPr>
            <w:tcW w:w="6123" w:type="dxa"/>
            <w:vAlign w:val="center"/>
          </w:tcPr>
          <w:p w14:paraId="01E46257" w14:textId="77777777" w:rsidR="009B1F84" w:rsidRDefault="00000000">
            <w:r>
              <w:rPr>
                <w:sz w:val="21"/>
              </w:rPr>
              <w:t>Sugari și adulți</w:t>
            </w:r>
          </w:p>
        </w:tc>
      </w:tr>
      <w:tr w:rsidR="009B1F84" w14:paraId="4964246A" w14:textId="77777777">
        <w:trPr>
          <w:jc w:val="center"/>
        </w:trPr>
        <w:tc>
          <w:tcPr>
            <w:tcW w:w="3515" w:type="dxa"/>
            <w:vAlign w:val="center"/>
          </w:tcPr>
          <w:p w14:paraId="7AA44380" w14:textId="77777777" w:rsidR="009B1F84" w:rsidRDefault="00000000">
            <w:r>
              <w:rPr>
                <w:b/>
                <w:sz w:val="21"/>
              </w:rPr>
              <w:t>Timp de măsurare</w:t>
            </w:r>
          </w:p>
        </w:tc>
        <w:tc>
          <w:tcPr>
            <w:tcW w:w="6123" w:type="dxa"/>
            <w:vAlign w:val="center"/>
          </w:tcPr>
          <w:p w14:paraId="0ABE80E9" w14:textId="77777777" w:rsidR="009B1F84" w:rsidRDefault="00000000">
            <w:r>
              <w:rPr>
                <w:sz w:val="21"/>
              </w:rPr>
              <w:t>Maximum 1 secundă</w:t>
            </w:r>
          </w:p>
        </w:tc>
      </w:tr>
      <w:tr w:rsidR="009B1F84" w14:paraId="59415B3D" w14:textId="77777777">
        <w:trPr>
          <w:jc w:val="center"/>
        </w:trPr>
        <w:tc>
          <w:tcPr>
            <w:tcW w:w="3515" w:type="dxa"/>
            <w:vAlign w:val="center"/>
          </w:tcPr>
          <w:p w14:paraId="21D5D213" w14:textId="77777777" w:rsidR="009B1F84" w:rsidRDefault="00000000">
            <w:r>
              <w:rPr>
                <w:b/>
                <w:sz w:val="21"/>
              </w:rPr>
              <w:t>Acuratețe</w:t>
            </w:r>
          </w:p>
        </w:tc>
        <w:tc>
          <w:tcPr>
            <w:tcW w:w="6123" w:type="dxa"/>
            <w:vAlign w:val="center"/>
          </w:tcPr>
          <w:p w14:paraId="22E8D508" w14:textId="77777777" w:rsidR="009B1F84" w:rsidRDefault="00000000">
            <w:r>
              <w:rPr>
                <w:sz w:val="21"/>
              </w:rPr>
              <w:t>Maximum ±0,2°C</w:t>
            </w:r>
          </w:p>
        </w:tc>
      </w:tr>
      <w:tr w:rsidR="009B1F84" w14:paraId="6BFD363F" w14:textId="77777777">
        <w:trPr>
          <w:jc w:val="center"/>
        </w:trPr>
        <w:tc>
          <w:tcPr>
            <w:tcW w:w="3515" w:type="dxa"/>
            <w:vAlign w:val="center"/>
          </w:tcPr>
          <w:p w14:paraId="3B560A01" w14:textId="77777777" w:rsidR="009B1F84" w:rsidRDefault="00000000">
            <w:r>
              <w:rPr>
                <w:b/>
                <w:sz w:val="21"/>
              </w:rPr>
              <w:t>Măsurare în funcție de vârstă</w:t>
            </w:r>
          </w:p>
        </w:tc>
        <w:tc>
          <w:tcPr>
            <w:tcW w:w="6123" w:type="dxa"/>
            <w:vAlign w:val="center"/>
          </w:tcPr>
          <w:p w14:paraId="6ECA8FD8" w14:textId="77777777" w:rsidR="009B1F84" w:rsidRDefault="00000000">
            <w:r>
              <w:rPr>
                <w:sz w:val="21"/>
              </w:rPr>
              <w:t>Da</w:t>
            </w:r>
          </w:p>
        </w:tc>
      </w:tr>
      <w:tr w:rsidR="009B1F84" w14:paraId="71E0D395" w14:textId="77777777">
        <w:trPr>
          <w:jc w:val="center"/>
        </w:trPr>
        <w:tc>
          <w:tcPr>
            <w:tcW w:w="3515" w:type="dxa"/>
            <w:vAlign w:val="center"/>
          </w:tcPr>
          <w:p w14:paraId="6C16F490" w14:textId="77777777" w:rsidR="009B1F84" w:rsidRDefault="00000000">
            <w:r>
              <w:rPr>
                <w:b/>
                <w:sz w:val="21"/>
              </w:rPr>
              <w:t>Afișaj</w:t>
            </w:r>
          </w:p>
        </w:tc>
        <w:tc>
          <w:tcPr>
            <w:tcW w:w="6123" w:type="dxa"/>
            <w:vAlign w:val="center"/>
          </w:tcPr>
          <w:p w14:paraId="47B124E2" w14:textId="77777777" w:rsidR="009B1F84" w:rsidRDefault="00000000">
            <w:r>
              <w:rPr>
                <w:sz w:val="21"/>
              </w:rPr>
              <w:t>Display LED / LCD retroiluminat</w:t>
            </w:r>
          </w:p>
        </w:tc>
      </w:tr>
      <w:tr w:rsidR="009B1F84" w14:paraId="62F073FD" w14:textId="77777777">
        <w:trPr>
          <w:jc w:val="center"/>
        </w:trPr>
        <w:tc>
          <w:tcPr>
            <w:tcW w:w="3515" w:type="dxa"/>
            <w:vAlign w:val="center"/>
          </w:tcPr>
          <w:p w14:paraId="5921E108" w14:textId="77777777" w:rsidR="009B1F84" w:rsidRDefault="00000000">
            <w:r>
              <w:rPr>
                <w:b/>
                <w:sz w:val="21"/>
              </w:rPr>
              <w:t>Indicator febră</w:t>
            </w:r>
          </w:p>
        </w:tc>
        <w:tc>
          <w:tcPr>
            <w:tcW w:w="6123" w:type="dxa"/>
            <w:vAlign w:val="center"/>
          </w:tcPr>
          <w:p w14:paraId="03C2CAF3" w14:textId="77777777" w:rsidR="009B1F84" w:rsidRDefault="00000000">
            <w:r>
              <w:rPr>
                <w:sz w:val="21"/>
              </w:rPr>
              <w:t>Verde / galben / roșu</w:t>
            </w:r>
          </w:p>
        </w:tc>
      </w:tr>
      <w:tr w:rsidR="009B1F84" w14:paraId="7AF45288" w14:textId="77777777">
        <w:trPr>
          <w:jc w:val="center"/>
        </w:trPr>
        <w:tc>
          <w:tcPr>
            <w:tcW w:w="3515" w:type="dxa"/>
            <w:vAlign w:val="center"/>
          </w:tcPr>
          <w:p w14:paraId="3D9E9517" w14:textId="77777777" w:rsidR="009B1F84" w:rsidRDefault="00000000">
            <w:r>
              <w:rPr>
                <w:b/>
                <w:sz w:val="21"/>
              </w:rPr>
              <w:t>Memorie</w:t>
            </w:r>
          </w:p>
        </w:tc>
        <w:tc>
          <w:tcPr>
            <w:tcW w:w="6123" w:type="dxa"/>
            <w:vAlign w:val="center"/>
          </w:tcPr>
          <w:p w14:paraId="07CA6794" w14:textId="77777777" w:rsidR="009B1F84" w:rsidRDefault="00000000">
            <w:r>
              <w:rPr>
                <w:sz w:val="21"/>
              </w:rPr>
              <w:t>Minimum 20 citiri</w:t>
            </w:r>
          </w:p>
        </w:tc>
      </w:tr>
      <w:tr w:rsidR="009B1F84" w14:paraId="6CAD3995" w14:textId="77777777">
        <w:trPr>
          <w:jc w:val="center"/>
        </w:trPr>
        <w:tc>
          <w:tcPr>
            <w:tcW w:w="3515" w:type="dxa"/>
            <w:vAlign w:val="center"/>
          </w:tcPr>
          <w:p w14:paraId="0A0F2D56" w14:textId="77777777" w:rsidR="009B1F84" w:rsidRDefault="00000000">
            <w:r>
              <w:rPr>
                <w:b/>
                <w:sz w:val="21"/>
              </w:rPr>
              <w:t>Funcții</w:t>
            </w:r>
          </w:p>
        </w:tc>
        <w:tc>
          <w:tcPr>
            <w:tcW w:w="6123" w:type="dxa"/>
            <w:vAlign w:val="center"/>
          </w:tcPr>
          <w:p w14:paraId="034AEE86" w14:textId="77777777" w:rsidR="009B1F84" w:rsidRDefault="00000000">
            <w:r>
              <w:rPr>
                <w:sz w:val="21"/>
              </w:rPr>
              <w:t>Afișare digitală; alarmă detectare febră; fără mercur; 2 unități de măsură; memorare temperatură; alarmă sonoră; buton ON/OFF; alertă febră; măsurare temperatură obiecte; mod silențios; indicator baterie; recalibrare</w:t>
            </w:r>
          </w:p>
        </w:tc>
      </w:tr>
      <w:tr w:rsidR="009B1F84" w14:paraId="235A0E50" w14:textId="77777777">
        <w:trPr>
          <w:jc w:val="center"/>
        </w:trPr>
        <w:tc>
          <w:tcPr>
            <w:tcW w:w="3515" w:type="dxa"/>
            <w:vAlign w:val="center"/>
          </w:tcPr>
          <w:p w14:paraId="4C86FE18" w14:textId="77777777" w:rsidR="009B1F84" w:rsidRDefault="00000000">
            <w:r>
              <w:rPr>
                <w:b/>
                <w:sz w:val="21"/>
              </w:rPr>
              <w:t>Interval de măsurare</w:t>
            </w:r>
          </w:p>
        </w:tc>
        <w:tc>
          <w:tcPr>
            <w:tcW w:w="6123" w:type="dxa"/>
            <w:vAlign w:val="center"/>
          </w:tcPr>
          <w:p w14:paraId="71CEBDF3" w14:textId="77777777" w:rsidR="009B1F84" w:rsidRDefault="00000000">
            <w:r>
              <w:rPr>
                <w:sz w:val="21"/>
              </w:rPr>
              <w:t>0°C – 100°C</w:t>
            </w:r>
          </w:p>
        </w:tc>
      </w:tr>
      <w:tr w:rsidR="009B1F84" w14:paraId="3183EACB" w14:textId="77777777">
        <w:trPr>
          <w:jc w:val="center"/>
        </w:trPr>
        <w:tc>
          <w:tcPr>
            <w:tcW w:w="3515" w:type="dxa"/>
            <w:vAlign w:val="center"/>
          </w:tcPr>
          <w:p w14:paraId="50E3D06E" w14:textId="77777777" w:rsidR="009B1F84" w:rsidRDefault="00000000">
            <w:r>
              <w:rPr>
                <w:b/>
                <w:sz w:val="21"/>
              </w:rPr>
              <w:t>Alimentare</w:t>
            </w:r>
          </w:p>
        </w:tc>
        <w:tc>
          <w:tcPr>
            <w:tcW w:w="6123" w:type="dxa"/>
            <w:vAlign w:val="center"/>
          </w:tcPr>
          <w:p w14:paraId="4EBFDCBC" w14:textId="77777777" w:rsidR="009B1F84" w:rsidRDefault="00000000">
            <w:r>
              <w:rPr>
                <w:sz w:val="21"/>
              </w:rPr>
              <w:t>2 × AAA</w:t>
            </w:r>
          </w:p>
        </w:tc>
      </w:tr>
      <w:tr w:rsidR="009B1F84" w14:paraId="568E9A69" w14:textId="77777777">
        <w:trPr>
          <w:jc w:val="center"/>
        </w:trPr>
        <w:tc>
          <w:tcPr>
            <w:tcW w:w="3515" w:type="dxa"/>
            <w:vAlign w:val="center"/>
          </w:tcPr>
          <w:p w14:paraId="2CD34710" w14:textId="77777777" w:rsidR="009B1F84" w:rsidRDefault="00000000">
            <w:r>
              <w:rPr>
                <w:b/>
                <w:sz w:val="21"/>
              </w:rPr>
              <w:t>Accesorii incluse</w:t>
            </w:r>
          </w:p>
        </w:tc>
        <w:tc>
          <w:tcPr>
            <w:tcW w:w="6123" w:type="dxa"/>
            <w:vAlign w:val="center"/>
          </w:tcPr>
          <w:p w14:paraId="4059F812" w14:textId="77777777" w:rsidR="009B1F84" w:rsidRDefault="00000000">
            <w:r>
              <w:rPr>
                <w:sz w:val="21"/>
              </w:rPr>
              <w:t>20 capete de protecție de unică folosință pentru ureche; termometru digital clasic cu capăt flexibil; capac de protecție; manual de utilizare; baterii AAA</w:t>
            </w:r>
          </w:p>
        </w:tc>
      </w:tr>
    </w:tbl>
    <w:p w14:paraId="37C6A01C" w14:textId="77777777" w:rsidR="009B1F84" w:rsidRDefault="00000000">
      <w:pPr>
        <w:spacing w:before="160" w:after="80"/>
      </w:pPr>
      <w:r>
        <w:rPr>
          <w:b/>
          <w:sz w:val="23"/>
        </w:rPr>
        <w:t>10. Pernă senzorială / disc senzomotor pentru yoga și meditație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6123"/>
      </w:tblGrid>
      <w:tr w:rsidR="009B1F84" w14:paraId="11FBA4D1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59F93693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Caracteristică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48AF8E87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Cerință tehnică minimă / maximă</w:t>
            </w:r>
          </w:p>
        </w:tc>
      </w:tr>
      <w:tr w:rsidR="009B1F84" w14:paraId="32B8C197" w14:textId="77777777">
        <w:trPr>
          <w:jc w:val="center"/>
        </w:trPr>
        <w:tc>
          <w:tcPr>
            <w:tcW w:w="3515" w:type="dxa"/>
            <w:vAlign w:val="center"/>
          </w:tcPr>
          <w:p w14:paraId="7DEE9C3F" w14:textId="77777777" w:rsidR="009B1F84" w:rsidRDefault="00000000">
            <w:r>
              <w:rPr>
                <w:b/>
                <w:sz w:val="21"/>
              </w:rPr>
              <w:t>Tip</w:t>
            </w:r>
          </w:p>
        </w:tc>
        <w:tc>
          <w:tcPr>
            <w:tcW w:w="6123" w:type="dxa"/>
            <w:vAlign w:val="center"/>
          </w:tcPr>
          <w:p w14:paraId="45ED112D" w14:textId="77777777" w:rsidR="009B1F84" w:rsidRDefault="00000000">
            <w:r>
              <w:rPr>
                <w:sz w:val="21"/>
              </w:rPr>
              <w:t>Pernă senzorială / disc senzomotor / disc de reabilitare</w:t>
            </w:r>
          </w:p>
        </w:tc>
      </w:tr>
      <w:tr w:rsidR="009B1F84" w14:paraId="56178BE1" w14:textId="77777777">
        <w:trPr>
          <w:jc w:val="center"/>
        </w:trPr>
        <w:tc>
          <w:tcPr>
            <w:tcW w:w="3515" w:type="dxa"/>
            <w:vAlign w:val="center"/>
          </w:tcPr>
          <w:p w14:paraId="74E79A50" w14:textId="77777777" w:rsidR="009B1F84" w:rsidRDefault="00000000">
            <w:r>
              <w:rPr>
                <w:b/>
                <w:sz w:val="21"/>
              </w:rPr>
              <w:t>Utilizare</w:t>
            </w:r>
          </w:p>
        </w:tc>
        <w:tc>
          <w:tcPr>
            <w:tcW w:w="6123" w:type="dxa"/>
            <w:vAlign w:val="center"/>
          </w:tcPr>
          <w:p w14:paraId="7417F4CF" w14:textId="77777777" w:rsidR="009B1F84" w:rsidRDefault="00000000">
            <w:r>
              <w:rPr>
                <w:sz w:val="21"/>
              </w:rPr>
              <w:t>Fizioterapie, yoga, pilates și utilizare la domiciliu</w:t>
            </w:r>
          </w:p>
        </w:tc>
      </w:tr>
      <w:tr w:rsidR="009B1F84" w14:paraId="4FB3FC9D" w14:textId="77777777">
        <w:trPr>
          <w:jc w:val="center"/>
        </w:trPr>
        <w:tc>
          <w:tcPr>
            <w:tcW w:w="3515" w:type="dxa"/>
            <w:vAlign w:val="center"/>
          </w:tcPr>
          <w:p w14:paraId="605E191E" w14:textId="77777777" w:rsidR="009B1F84" w:rsidRDefault="00000000">
            <w:r>
              <w:rPr>
                <w:b/>
                <w:sz w:val="21"/>
              </w:rPr>
              <w:t>Destinație</w:t>
            </w:r>
          </w:p>
        </w:tc>
        <w:tc>
          <w:tcPr>
            <w:tcW w:w="6123" w:type="dxa"/>
            <w:vAlign w:val="center"/>
          </w:tcPr>
          <w:p w14:paraId="14F680B3" w14:textId="77777777" w:rsidR="009B1F84" w:rsidRDefault="00000000">
            <w:r>
              <w:rPr>
                <w:sz w:val="21"/>
              </w:rPr>
              <w:t>Antrenamentul echilibrului, stabilizării și coordonării mișcărilor</w:t>
            </w:r>
          </w:p>
        </w:tc>
      </w:tr>
      <w:tr w:rsidR="009B1F84" w14:paraId="3EBFC95B" w14:textId="77777777">
        <w:trPr>
          <w:jc w:val="center"/>
        </w:trPr>
        <w:tc>
          <w:tcPr>
            <w:tcW w:w="3515" w:type="dxa"/>
            <w:vAlign w:val="center"/>
          </w:tcPr>
          <w:p w14:paraId="46EEE59B" w14:textId="77777777" w:rsidR="009B1F84" w:rsidRDefault="00000000">
            <w:r>
              <w:rPr>
                <w:b/>
                <w:sz w:val="21"/>
              </w:rPr>
              <w:t>Funcționalitate</w:t>
            </w:r>
          </w:p>
        </w:tc>
        <w:tc>
          <w:tcPr>
            <w:tcW w:w="6123" w:type="dxa"/>
            <w:vAlign w:val="center"/>
          </w:tcPr>
          <w:p w14:paraId="55EB4B97" w14:textId="77777777" w:rsidR="009B1F84" w:rsidRDefault="00000000">
            <w:r>
              <w:rPr>
                <w:sz w:val="21"/>
              </w:rPr>
              <w:t>Întărirea mușchilor spatelui și stabilizarea coloanei vertebrale</w:t>
            </w:r>
          </w:p>
        </w:tc>
      </w:tr>
      <w:tr w:rsidR="009B1F84" w14:paraId="70026674" w14:textId="77777777">
        <w:trPr>
          <w:jc w:val="center"/>
        </w:trPr>
        <w:tc>
          <w:tcPr>
            <w:tcW w:w="3515" w:type="dxa"/>
            <w:vAlign w:val="center"/>
          </w:tcPr>
          <w:p w14:paraId="5E9C784E" w14:textId="77777777" w:rsidR="009B1F84" w:rsidRDefault="00000000">
            <w:r>
              <w:rPr>
                <w:b/>
                <w:sz w:val="21"/>
              </w:rPr>
              <w:t>Suprafețe</w:t>
            </w:r>
          </w:p>
        </w:tc>
        <w:tc>
          <w:tcPr>
            <w:tcW w:w="6123" w:type="dxa"/>
            <w:vAlign w:val="center"/>
          </w:tcPr>
          <w:p w14:paraId="33C036C8" w14:textId="77777777" w:rsidR="009B1F84" w:rsidRDefault="00000000">
            <w:r>
              <w:rPr>
                <w:sz w:val="21"/>
              </w:rPr>
              <w:t>Două tipuri de suprafață: una cu mici proeminențe și una cu vârfuri lungi pentru stimulare / masaj</w:t>
            </w:r>
          </w:p>
        </w:tc>
      </w:tr>
    </w:tbl>
    <w:p w14:paraId="27215B24" w14:textId="77777777" w:rsidR="009B1F84" w:rsidRDefault="00000000">
      <w:pPr>
        <w:spacing w:before="160" w:after="80"/>
      </w:pPr>
      <w:r>
        <w:rPr>
          <w:b/>
          <w:sz w:val="23"/>
        </w:rPr>
        <w:t>11. Minge de echilibru cu 2 mânere elastice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6123"/>
      </w:tblGrid>
      <w:tr w:rsidR="009B1F84" w14:paraId="4CC483EF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45B2363D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Caracteristică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60D7AAE9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Cerință tehnică minimă / maximă</w:t>
            </w:r>
          </w:p>
        </w:tc>
      </w:tr>
      <w:tr w:rsidR="009B1F84" w14:paraId="17261521" w14:textId="77777777">
        <w:trPr>
          <w:jc w:val="center"/>
        </w:trPr>
        <w:tc>
          <w:tcPr>
            <w:tcW w:w="3515" w:type="dxa"/>
            <w:vAlign w:val="center"/>
          </w:tcPr>
          <w:p w14:paraId="2A06591E" w14:textId="77777777" w:rsidR="009B1F84" w:rsidRDefault="00000000">
            <w:r>
              <w:rPr>
                <w:b/>
                <w:sz w:val="21"/>
              </w:rPr>
              <w:t>Diametru</w:t>
            </w:r>
          </w:p>
        </w:tc>
        <w:tc>
          <w:tcPr>
            <w:tcW w:w="6123" w:type="dxa"/>
            <w:vAlign w:val="center"/>
          </w:tcPr>
          <w:p w14:paraId="50959FF3" w14:textId="77777777" w:rsidR="009B1F84" w:rsidRDefault="00000000">
            <w:r>
              <w:rPr>
                <w:sz w:val="21"/>
              </w:rPr>
              <w:t>46 cm</w:t>
            </w:r>
          </w:p>
        </w:tc>
      </w:tr>
      <w:tr w:rsidR="009B1F84" w14:paraId="2DF3651B" w14:textId="77777777">
        <w:trPr>
          <w:jc w:val="center"/>
        </w:trPr>
        <w:tc>
          <w:tcPr>
            <w:tcW w:w="3515" w:type="dxa"/>
            <w:vAlign w:val="center"/>
          </w:tcPr>
          <w:p w14:paraId="2B056363" w14:textId="77777777" w:rsidR="009B1F84" w:rsidRDefault="00000000">
            <w:r>
              <w:rPr>
                <w:b/>
                <w:sz w:val="21"/>
              </w:rPr>
              <w:t>Înălțime de umflare</w:t>
            </w:r>
          </w:p>
        </w:tc>
        <w:tc>
          <w:tcPr>
            <w:tcW w:w="6123" w:type="dxa"/>
            <w:vAlign w:val="center"/>
          </w:tcPr>
          <w:p w14:paraId="08C2A2FC" w14:textId="77777777" w:rsidR="009B1F84" w:rsidRDefault="00000000">
            <w:r>
              <w:rPr>
                <w:sz w:val="21"/>
              </w:rPr>
              <w:t>Maximum 18 cm</w:t>
            </w:r>
          </w:p>
        </w:tc>
      </w:tr>
      <w:tr w:rsidR="009B1F84" w14:paraId="57107722" w14:textId="77777777">
        <w:trPr>
          <w:jc w:val="center"/>
        </w:trPr>
        <w:tc>
          <w:tcPr>
            <w:tcW w:w="3515" w:type="dxa"/>
            <w:vAlign w:val="center"/>
          </w:tcPr>
          <w:p w14:paraId="6D7A8231" w14:textId="77777777" w:rsidR="009B1F84" w:rsidRDefault="00000000">
            <w:r>
              <w:rPr>
                <w:b/>
                <w:sz w:val="21"/>
              </w:rPr>
              <w:t>Greutate produs</w:t>
            </w:r>
          </w:p>
        </w:tc>
        <w:tc>
          <w:tcPr>
            <w:tcW w:w="6123" w:type="dxa"/>
            <w:vAlign w:val="center"/>
          </w:tcPr>
          <w:p w14:paraId="0FE17349" w14:textId="77777777" w:rsidR="009B1F84" w:rsidRDefault="00000000">
            <w:r>
              <w:rPr>
                <w:sz w:val="21"/>
              </w:rPr>
              <w:t>2,7 kg</w:t>
            </w:r>
          </w:p>
        </w:tc>
      </w:tr>
      <w:tr w:rsidR="009B1F84" w14:paraId="178E4B6E" w14:textId="77777777">
        <w:trPr>
          <w:jc w:val="center"/>
        </w:trPr>
        <w:tc>
          <w:tcPr>
            <w:tcW w:w="3515" w:type="dxa"/>
            <w:vAlign w:val="center"/>
          </w:tcPr>
          <w:p w14:paraId="2DB7355C" w14:textId="77777777" w:rsidR="009B1F84" w:rsidRDefault="00000000">
            <w:r>
              <w:rPr>
                <w:b/>
                <w:sz w:val="21"/>
              </w:rPr>
              <w:t>Capacitate maximă de încărcare</w:t>
            </w:r>
          </w:p>
        </w:tc>
        <w:tc>
          <w:tcPr>
            <w:tcW w:w="6123" w:type="dxa"/>
            <w:vAlign w:val="center"/>
          </w:tcPr>
          <w:p w14:paraId="6886D460" w14:textId="5997E104" w:rsidR="009B1F84" w:rsidRDefault="004C5A2A">
            <w:r>
              <w:rPr>
                <w:sz w:val="21"/>
              </w:rPr>
              <w:t>Maximum</w:t>
            </w:r>
            <w:r w:rsidR="00000000">
              <w:rPr>
                <w:sz w:val="21"/>
              </w:rPr>
              <w:t xml:space="preserve"> 100 kg</w:t>
            </w:r>
          </w:p>
        </w:tc>
      </w:tr>
      <w:tr w:rsidR="009B1F84" w14:paraId="30F9442C" w14:textId="77777777">
        <w:trPr>
          <w:jc w:val="center"/>
        </w:trPr>
        <w:tc>
          <w:tcPr>
            <w:tcW w:w="3515" w:type="dxa"/>
            <w:vAlign w:val="center"/>
          </w:tcPr>
          <w:p w14:paraId="48F08BA9" w14:textId="77777777" w:rsidR="009B1F84" w:rsidRDefault="00000000">
            <w:r>
              <w:rPr>
                <w:b/>
                <w:sz w:val="21"/>
              </w:rPr>
              <w:t>Destinație</w:t>
            </w:r>
          </w:p>
        </w:tc>
        <w:tc>
          <w:tcPr>
            <w:tcW w:w="6123" w:type="dxa"/>
            <w:vAlign w:val="center"/>
          </w:tcPr>
          <w:p w14:paraId="4F2A9DEC" w14:textId="77777777" w:rsidR="009B1F84" w:rsidRDefault="00000000">
            <w:r>
              <w:rPr>
                <w:sz w:val="21"/>
              </w:rPr>
              <w:t>Antrenament pentru echilibru și stabilitate; Pilates și yoga</w:t>
            </w:r>
          </w:p>
        </w:tc>
      </w:tr>
      <w:tr w:rsidR="009B1F84" w14:paraId="40F66034" w14:textId="77777777">
        <w:trPr>
          <w:jc w:val="center"/>
        </w:trPr>
        <w:tc>
          <w:tcPr>
            <w:tcW w:w="3515" w:type="dxa"/>
            <w:vAlign w:val="center"/>
          </w:tcPr>
          <w:p w14:paraId="65B912DD" w14:textId="77777777" w:rsidR="009B1F84" w:rsidRDefault="00000000">
            <w:r>
              <w:rPr>
                <w:b/>
                <w:sz w:val="21"/>
              </w:rPr>
              <w:lastRenderedPageBreak/>
              <w:t>Mânere</w:t>
            </w:r>
          </w:p>
        </w:tc>
        <w:tc>
          <w:tcPr>
            <w:tcW w:w="6123" w:type="dxa"/>
            <w:vAlign w:val="center"/>
          </w:tcPr>
          <w:p w14:paraId="0815A20C" w14:textId="77777777" w:rsidR="009B1F84" w:rsidRDefault="00000000">
            <w:r>
              <w:rPr>
                <w:sz w:val="21"/>
              </w:rPr>
              <w:t>2 mânere elastice</w:t>
            </w:r>
          </w:p>
        </w:tc>
      </w:tr>
      <w:tr w:rsidR="009B1F84" w14:paraId="3CE4CE04" w14:textId="77777777">
        <w:trPr>
          <w:jc w:val="center"/>
        </w:trPr>
        <w:tc>
          <w:tcPr>
            <w:tcW w:w="3515" w:type="dxa"/>
            <w:vAlign w:val="center"/>
          </w:tcPr>
          <w:p w14:paraId="46D58D6C" w14:textId="77777777" w:rsidR="009B1F84" w:rsidRDefault="00000000">
            <w:r>
              <w:rPr>
                <w:b/>
                <w:sz w:val="21"/>
              </w:rPr>
              <w:t>Bază</w:t>
            </w:r>
          </w:p>
        </w:tc>
        <w:tc>
          <w:tcPr>
            <w:tcW w:w="6123" w:type="dxa"/>
            <w:vAlign w:val="center"/>
          </w:tcPr>
          <w:p w14:paraId="099F3C9B" w14:textId="77777777" w:rsidR="009B1F84" w:rsidRDefault="00000000">
            <w:r>
              <w:rPr>
                <w:sz w:val="21"/>
              </w:rPr>
              <w:t>Antiderapantă</w:t>
            </w:r>
          </w:p>
        </w:tc>
      </w:tr>
      <w:tr w:rsidR="009B1F84" w14:paraId="3EF17B46" w14:textId="77777777">
        <w:trPr>
          <w:jc w:val="center"/>
        </w:trPr>
        <w:tc>
          <w:tcPr>
            <w:tcW w:w="3515" w:type="dxa"/>
            <w:vAlign w:val="center"/>
          </w:tcPr>
          <w:p w14:paraId="30C042C6" w14:textId="77777777" w:rsidR="009B1F84" w:rsidRDefault="00000000">
            <w:r>
              <w:rPr>
                <w:b/>
                <w:sz w:val="21"/>
              </w:rPr>
              <w:t>Accesoriu inclus</w:t>
            </w:r>
          </w:p>
        </w:tc>
        <w:tc>
          <w:tcPr>
            <w:tcW w:w="6123" w:type="dxa"/>
            <w:vAlign w:val="center"/>
          </w:tcPr>
          <w:p w14:paraId="5ACE7F2B" w14:textId="77777777" w:rsidR="009B1F84" w:rsidRDefault="00000000">
            <w:r>
              <w:rPr>
                <w:sz w:val="21"/>
              </w:rPr>
              <w:t>Pompă pentru picioare</w:t>
            </w:r>
          </w:p>
        </w:tc>
      </w:tr>
    </w:tbl>
    <w:p w14:paraId="5113006C" w14:textId="77777777" w:rsidR="009B1F84" w:rsidRDefault="00000000">
      <w:pPr>
        <w:spacing w:before="160" w:after="80"/>
      </w:pPr>
      <w:r>
        <w:rPr>
          <w:b/>
          <w:sz w:val="23"/>
        </w:rPr>
        <w:t>12. Model anatomic dentar tip Typodont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6123"/>
      </w:tblGrid>
      <w:tr w:rsidR="009B1F84" w14:paraId="2E10D322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610420D3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Caracteristică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766C2693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Cerință tehnică minimă / maximă</w:t>
            </w:r>
          </w:p>
        </w:tc>
      </w:tr>
      <w:tr w:rsidR="009B1F84" w14:paraId="25D9FCB8" w14:textId="77777777">
        <w:trPr>
          <w:jc w:val="center"/>
        </w:trPr>
        <w:tc>
          <w:tcPr>
            <w:tcW w:w="3515" w:type="dxa"/>
            <w:vAlign w:val="center"/>
          </w:tcPr>
          <w:p w14:paraId="56809166" w14:textId="77777777" w:rsidR="009B1F84" w:rsidRDefault="00000000">
            <w:r>
              <w:rPr>
                <w:b/>
                <w:sz w:val="21"/>
              </w:rPr>
              <w:t>Tip produs</w:t>
            </w:r>
          </w:p>
        </w:tc>
        <w:tc>
          <w:tcPr>
            <w:tcW w:w="6123" w:type="dxa"/>
            <w:vAlign w:val="center"/>
          </w:tcPr>
          <w:p w14:paraId="1D56CBED" w14:textId="77777777" w:rsidR="009B1F84" w:rsidRDefault="00000000">
            <w:r>
              <w:rPr>
                <w:sz w:val="21"/>
              </w:rPr>
              <w:t>Model anatomic dentar (Typodont)</w:t>
            </w:r>
          </w:p>
        </w:tc>
      </w:tr>
      <w:tr w:rsidR="009B1F84" w14:paraId="09AC951A" w14:textId="77777777">
        <w:trPr>
          <w:jc w:val="center"/>
        </w:trPr>
        <w:tc>
          <w:tcPr>
            <w:tcW w:w="3515" w:type="dxa"/>
            <w:vAlign w:val="center"/>
          </w:tcPr>
          <w:p w14:paraId="36C0EC78" w14:textId="77777777" w:rsidR="009B1F84" w:rsidRDefault="00000000">
            <w:r>
              <w:rPr>
                <w:b/>
                <w:sz w:val="21"/>
              </w:rPr>
              <w:t>Număr de dinți</w:t>
            </w:r>
          </w:p>
        </w:tc>
        <w:tc>
          <w:tcPr>
            <w:tcW w:w="6123" w:type="dxa"/>
            <w:vAlign w:val="center"/>
          </w:tcPr>
          <w:p w14:paraId="223C9854" w14:textId="77777777" w:rsidR="009B1F84" w:rsidRDefault="00000000">
            <w:r>
              <w:rPr>
                <w:sz w:val="21"/>
              </w:rPr>
              <w:t>28, ficși</w:t>
            </w:r>
          </w:p>
        </w:tc>
      </w:tr>
      <w:tr w:rsidR="009B1F84" w14:paraId="21781945" w14:textId="77777777">
        <w:trPr>
          <w:jc w:val="center"/>
        </w:trPr>
        <w:tc>
          <w:tcPr>
            <w:tcW w:w="3515" w:type="dxa"/>
            <w:vAlign w:val="center"/>
          </w:tcPr>
          <w:p w14:paraId="3CE0BDF8" w14:textId="77777777" w:rsidR="009B1F84" w:rsidRDefault="00000000">
            <w:r>
              <w:rPr>
                <w:b/>
                <w:sz w:val="21"/>
              </w:rPr>
              <w:t>Material</w:t>
            </w:r>
          </w:p>
        </w:tc>
        <w:tc>
          <w:tcPr>
            <w:tcW w:w="6123" w:type="dxa"/>
            <w:vAlign w:val="center"/>
          </w:tcPr>
          <w:p w14:paraId="14E49D6D" w14:textId="77777777" w:rsidR="009B1F84" w:rsidRDefault="00000000">
            <w:r>
              <w:rPr>
                <w:sz w:val="21"/>
              </w:rPr>
              <w:t>Acrilat</w:t>
            </w:r>
          </w:p>
        </w:tc>
      </w:tr>
      <w:tr w:rsidR="009B1F84" w14:paraId="51EB8170" w14:textId="77777777">
        <w:trPr>
          <w:jc w:val="center"/>
        </w:trPr>
        <w:tc>
          <w:tcPr>
            <w:tcW w:w="3515" w:type="dxa"/>
            <w:vAlign w:val="center"/>
          </w:tcPr>
          <w:p w14:paraId="176E2829" w14:textId="77777777" w:rsidR="009B1F84" w:rsidRDefault="00000000">
            <w:r>
              <w:rPr>
                <w:b/>
                <w:sz w:val="21"/>
              </w:rPr>
              <w:t>Culoare</w:t>
            </w:r>
          </w:p>
        </w:tc>
        <w:tc>
          <w:tcPr>
            <w:tcW w:w="6123" w:type="dxa"/>
            <w:vAlign w:val="center"/>
          </w:tcPr>
          <w:p w14:paraId="78077A4B" w14:textId="77777777" w:rsidR="009B1F84" w:rsidRDefault="00000000">
            <w:r>
              <w:rPr>
                <w:sz w:val="21"/>
              </w:rPr>
              <w:t>Gingie roz; dinți culoare naturală</w:t>
            </w:r>
          </w:p>
        </w:tc>
      </w:tr>
      <w:tr w:rsidR="009B1F84" w14:paraId="2EE34AEE" w14:textId="77777777">
        <w:trPr>
          <w:jc w:val="center"/>
        </w:trPr>
        <w:tc>
          <w:tcPr>
            <w:tcW w:w="3515" w:type="dxa"/>
            <w:vAlign w:val="center"/>
          </w:tcPr>
          <w:p w14:paraId="52D178A2" w14:textId="77777777" w:rsidR="009B1F84" w:rsidRDefault="00000000">
            <w:r>
              <w:rPr>
                <w:b/>
                <w:sz w:val="21"/>
              </w:rPr>
              <w:t>Articulator</w:t>
            </w:r>
          </w:p>
        </w:tc>
        <w:tc>
          <w:tcPr>
            <w:tcW w:w="6123" w:type="dxa"/>
            <w:vAlign w:val="center"/>
          </w:tcPr>
          <w:p w14:paraId="490DBB9D" w14:textId="77777777" w:rsidR="009B1F84" w:rsidRDefault="00000000">
            <w:r>
              <w:rPr>
                <w:sz w:val="21"/>
              </w:rPr>
              <w:t>Funcțional, cu sistem de îmbinare stabil</w:t>
            </w:r>
          </w:p>
        </w:tc>
      </w:tr>
      <w:tr w:rsidR="009B1F84" w14:paraId="52F81D97" w14:textId="77777777">
        <w:trPr>
          <w:jc w:val="center"/>
        </w:trPr>
        <w:tc>
          <w:tcPr>
            <w:tcW w:w="3515" w:type="dxa"/>
            <w:vAlign w:val="center"/>
          </w:tcPr>
          <w:p w14:paraId="60BE5E95" w14:textId="77777777" w:rsidR="009B1F84" w:rsidRDefault="00000000">
            <w:r>
              <w:rPr>
                <w:b/>
                <w:sz w:val="21"/>
              </w:rPr>
              <w:t>Funcționalitate</w:t>
            </w:r>
          </w:p>
        </w:tc>
        <w:tc>
          <w:tcPr>
            <w:tcW w:w="6123" w:type="dxa"/>
            <w:vAlign w:val="center"/>
          </w:tcPr>
          <w:p w14:paraId="023F56F8" w14:textId="77777777" w:rsidR="009B1F84" w:rsidRDefault="00000000">
            <w:r>
              <w:rPr>
                <w:sz w:val="21"/>
              </w:rPr>
              <w:t>Deschidere completă și simularea mișcărilor naturale ale mandibulei</w:t>
            </w:r>
          </w:p>
        </w:tc>
      </w:tr>
      <w:tr w:rsidR="009B1F84" w14:paraId="3864C339" w14:textId="77777777">
        <w:trPr>
          <w:jc w:val="center"/>
        </w:trPr>
        <w:tc>
          <w:tcPr>
            <w:tcW w:w="3515" w:type="dxa"/>
            <w:vAlign w:val="center"/>
          </w:tcPr>
          <w:p w14:paraId="13941E39" w14:textId="77777777" w:rsidR="009B1F84" w:rsidRDefault="00000000">
            <w:r>
              <w:rPr>
                <w:b/>
                <w:sz w:val="21"/>
              </w:rPr>
              <w:t>Anatomie</w:t>
            </w:r>
          </w:p>
        </w:tc>
        <w:tc>
          <w:tcPr>
            <w:tcW w:w="6123" w:type="dxa"/>
            <w:vAlign w:val="center"/>
          </w:tcPr>
          <w:p w14:paraId="34583E8F" w14:textId="77777777" w:rsidR="009B1F84" w:rsidRDefault="00000000">
            <w:r>
              <w:rPr>
                <w:sz w:val="21"/>
              </w:rPr>
              <w:t>Reprezentarea formei dinților, arcadelor maxilară și mandibulară și a raportului de ocluzie</w:t>
            </w:r>
          </w:p>
        </w:tc>
      </w:tr>
      <w:tr w:rsidR="009B1F84" w14:paraId="7560E3F4" w14:textId="77777777">
        <w:trPr>
          <w:jc w:val="center"/>
        </w:trPr>
        <w:tc>
          <w:tcPr>
            <w:tcW w:w="3515" w:type="dxa"/>
            <w:vAlign w:val="center"/>
          </w:tcPr>
          <w:p w14:paraId="0CA2424B" w14:textId="77777777" w:rsidR="009B1F84" w:rsidRDefault="00000000">
            <w:r>
              <w:rPr>
                <w:b/>
                <w:sz w:val="21"/>
              </w:rPr>
              <w:t>Conținut pachet</w:t>
            </w:r>
          </w:p>
        </w:tc>
        <w:tc>
          <w:tcPr>
            <w:tcW w:w="6123" w:type="dxa"/>
            <w:vAlign w:val="center"/>
          </w:tcPr>
          <w:p w14:paraId="47D5EFE4" w14:textId="77777777" w:rsidR="009B1F84" w:rsidRDefault="00000000">
            <w:r>
              <w:rPr>
                <w:sz w:val="21"/>
              </w:rPr>
              <w:t>1 model didactic stomatologic</w:t>
            </w:r>
          </w:p>
        </w:tc>
      </w:tr>
    </w:tbl>
    <w:p w14:paraId="2115F796" w14:textId="77777777" w:rsidR="009B1F84" w:rsidRDefault="00000000">
      <w:pPr>
        <w:spacing w:before="160" w:after="80"/>
      </w:pPr>
      <w:r>
        <w:rPr>
          <w:b/>
          <w:sz w:val="23"/>
        </w:rPr>
        <w:t>13. Păpușă de mână cu limbă și 28 de dinți pentru demonstrații de logopedie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6123"/>
      </w:tblGrid>
      <w:tr w:rsidR="009B1F84" w14:paraId="59A0FA99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62C7F75A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Caracteristică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2C692AF0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Cerință tehnică minimă / maximă</w:t>
            </w:r>
          </w:p>
        </w:tc>
      </w:tr>
      <w:tr w:rsidR="009B1F84" w14:paraId="3CC6F0A3" w14:textId="77777777">
        <w:trPr>
          <w:jc w:val="center"/>
        </w:trPr>
        <w:tc>
          <w:tcPr>
            <w:tcW w:w="3515" w:type="dxa"/>
            <w:vAlign w:val="center"/>
          </w:tcPr>
          <w:p w14:paraId="0FBAAF61" w14:textId="77777777" w:rsidR="009B1F84" w:rsidRDefault="00000000">
            <w:r>
              <w:rPr>
                <w:b/>
                <w:sz w:val="21"/>
              </w:rPr>
              <w:t>Structură</w:t>
            </w:r>
          </w:p>
        </w:tc>
        <w:tc>
          <w:tcPr>
            <w:tcW w:w="6123" w:type="dxa"/>
            <w:vAlign w:val="center"/>
          </w:tcPr>
          <w:p w14:paraId="07E6D004" w14:textId="77777777" w:rsidR="009B1F84" w:rsidRDefault="00000000">
            <w:r>
              <w:rPr>
                <w:sz w:val="21"/>
              </w:rPr>
              <w:t>Maxilar superior și inferior, 28 de dinți și limbă</w:t>
            </w:r>
          </w:p>
        </w:tc>
      </w:tr>
      <w:tr w:rsidR="009B1F84" w14:paraId="0639E194" w14:textId="77777777">
        <w:trPr>
          <w:jc w:val="center"/>
        </w:trPr>
        <w:tc>
          <w:tcPr>
            <w:tcW w:w="3515" w:type="dxa"/>
            <w:vAlign w:val="center"/>
          </w:tcPr>
          <w:p w14:paraId="370A661F" w14:textId="77777777" w:rsidR="009B1F84" w:rsidRDefault="00000000">
            <w:r>
              <w:rPr>
                <w:b/>
                <w:sz w:val="21"/>
              </w:rPr>
              <w:t>Material</w:t>
            </w:r>
          </w:p>
        </w:tc>
        <w:tc>
          <w:tcPr>
            <w:tcW w:w="6123" w:type="dxa"/>
            <w:vAlign w:val="center"/>
          </w:tcPr>
          <w:p w14:paraId="24FC82FD" w14:textId="77777777" w:rsidR="009B1F84" w:rsidRDefault="00000000">
            <w:r>
              <w:rPr>
                <w:sz w:val="21"/>
              </w:rPr>
              <w:t>Silicon</w:t>
            </w:r>
          </w:p>
        </w:tc>
      </w:tr>
      <w:tr w:rsidR="009B1F84" w14:paraId="10B76430" w14:textId="77777777">
        <w:trPr>
          <w:jc w:val="center"/>
        </w:trPr>
        <w:tc>
          <w:tcPr>
            <w:tcW w:w="3515" w:type="dxa"/>
            <w:vAlign w:val="center"/>
          </w:tcPr>
          <w:p w14:paraId="758FB10C" w14:textId="77777777" w:rsidR="009B1F84" w:rsidRDefault="00000000">
            <w:r>
              <w:rPr>
                <w:b/>
                <w:sz w:val="21"/>
              </w:rPr>
              <w:t>Utilizare</w:t>
            </w:r>
          </w:p>
        </w:tc>
        <w:tc>
          <w:tcPr>
            <w:tcW w:w="6123" w:type="dxa"/>
            <w:vAlign w:val="center"/>
          </w:tcPr>
          <w:p w14:paraId="248801BD" w14:textId="77777777" w:rsidR="009B1F84" w:rsidRDefault="00000000">
            <w:r>
              <w:rPr>
                <w:sz w:val="21"/>
              </w:rPr>
              <w:t>Terapie logopedică; demonstrarea pronunției; tehnici de bază de periaj și igienă orală</w:t>
            </w:r>
          </w:p>
        </w:tc>
      </w:tr>
      <w:tr w:rsidR="009B1F84" w14:paraId="773AE61F" w14:textId="77777777">
        <w:trPr>
          <w:jc w:val="center"/>
        </w:trPr>
        <w:tc>
          <w:tcPr>
            <w:tcW w:w="3515" w:type="dxa"/>
            <w:vAlign w:val="center"/>
          </w:tcPr>
          <w:p w14:paraId="668B4593" w14:textId="77777777" w:rsidR="009B1F84" w:rsidRDefault="00000000">
            <w:r>
              <w:rPr>
                <w:b/>
                <w:sz w:val="21"/>
              </w:rPr>
              <w:t>Curățare</w:t>
            </w:r>
          </w:p>
        </w:tc>
        <w:tc>
          <w:tcPr>
            <w:tcW w:w="6123" w:type="dxa"/>
            <w:vAlign w:val="center"/>
          </w:tcPr>
          <w:p w14:paraId="07F904D4" w14:textId="77777777" w:rsidR="009B1F84" w:rsidRDefault="00000000">
            <w:r>
              <w:rPr>
                <w:sz w:val="21"/>
              </w:rPr>
              <w:t>Ușor de curățat</w:t>
            </w:r>
          </w:p>
        </w:tc>
      </w:tr>
      <w:tr w:rsidR="009B1F84" w14:paraId="6E9C88B2" w14:textId="77777777">
        <w:trPr>
          <w:jc w:val="center"/>
        </w:trPr>
        <w:tc>
          <w:tcPr>
            <w:tcW w:w="3515" w:type="dxa"/>
            <w:vAlign w:val="center"/>
          </w:tcPr>
          <w:p w14:paraId="299B1A71" w14:textId="77777777" w:rsidR="009B1F84" w:rsidRDefault="00000000">
            <w:r>
              <w:rPr>
                <w:b/>
                <w:sz w:val="21"/>
              </w:rPr>
              <w:t>Conținut pachet</w:t>
            </w:r>
          </w:p>
        </w:tc>
        <w:tc>
          <w:tcPr>
            <w:tcW w:w="6123" w:type="dxa"/>
            <w:vAlign w:val="center"/>
          </w:tcPr>
          <w:p w14:paraId="3E52192C" w14:textId="77777777" w:rsidR="009B1F84" w:rsidRDefault="00000000">
            <w:r>
              <w:rPr>
                <w:sz w:val="21"/>
              </w:rPr>
              <w:t>1 păpușă cu gură și limbă</w:t>
            </w:r>
          </w:p>
        </w:tc>
      </w:tr>
    </w:tbl>
    <w:p w14:paraId="0634FB18" w14:textId="77777777" w:rsidR="009B1F84" w:rsidRDefault="00000000">
      <w:pPr>
        <w:spacing w:before="160" w:after="80"/>
      </w:pPr>
      <w:r>
        <w:rPr>
          <w:b/>
          <w:sz w:val="23"/>
        </w:rPr>
        <w:t>14. Coardă de sărit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6123"/>
      </w:tblGrid>
      <w:tr w:rsidR="009B1F84" w14:paraId="0838B814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399186E2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Caracteristică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1EF06AAA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Cerință tehnică minimă / maximă</w:t>
            </w:r>
          </w:p>
        </w:tc>
      </w:tr>
      <w:tr w:rsidR="009B1F84" w14:paraId="0BD07FB4" w14:textId="77777777">
        <w:trPr>
          <w:jc w:val="center"/>
        </w:trPr>
        <w:tc>
          <w:tcPr>
            <w:tcW w:w="3515" w:type="dxa"/>
            <w:vAlign w:val="center"/>
          </w:tcPr>
          <w:p w14:paraId="02FA9336" w14:textId="77777777" w:rsidR="009B1F84" w:rsidRDefault="00000000">
            <w:r>
              <w:rPr>
                <w:b/>
                <w:sz w:val="21"/>
              </w:rPr>
              <w:t>Lungime</w:t>
            </w:r>
          </w:p>
        </w:tc>
        <w:tc>
          <w:tcPr>
            <w:tcW w:w="6123" w:type="dxa"/>
            <w:vAlign w:val="center"/>
          </w:tcPr>
          <w:p w14:paraId="61EE3E14" w14:textId="77777777" w:rsidR="009B1F84" w:rsidRDefault="00000000">
            <w:r>
              <w:rPr>
                <w:sz w:val="21"/>
              </w:rPr>
              <w:t>Ajustabilă</w:t>
            </w:r>
          </w:p>
        </w:tc>
      </w:tr>
      <w:tr w:rsidR="009B1F84" w14:paraId="5BEA73C3" w14:textId="77777777">
        <w:trPr>
          <w:jc w:val="center"/>
        </w:trPr>
        <w:tc>
          <w:tcPr>
            <w:tcW w:w="3515" w:type="dxa"/>
            <w:vAlign w:val="center"/>
          </w:tcPr>
          <w:p w14:paraId="58BFDF3A" w14:textId="77777777" w:rsidR="009B1F84" w:rsidRDefault="00000000">
            <w:r>
              <w:rPr>
                <w:b/>
                <w:sz w:val="21"/>
              </w:rPr>
              <w:t>Mânere</w:t>
            </w:r>
          </w:p>
        </w:tc>
        <w:tc>
          <w:tcPr>
            <w:tcW w:w="6123" w:type="dxa"/>
            <w:vAlign w:val="center"/>
          </w:tcPr>
          <w:p w14:paraId="53E38ECF" w14:textId="77777777" w:rsidR="009B1F84" w:rsidRDefault="00000000">
            <w:r>
              <w:rPr>
                <w:sz w:val="21"/>
              </w:rPr>
              <w:t>Acoperite cu spumă cu memorie</w:t>
            </w:r>
          </w:p>
        </w:tc>
      </w:tr>
      <w:tr w:rsidR="009B1F84" w14:paraId="045E015A" w14:textId="77777777">
        <w:trPr>
          <w:jc w:val="center"/>
        </w:trPr>
        <w:tc>
          <w:tcPr>
            <w:tcW w:w="3515" w:type="dxa"/>
            <w:vAlign w:val="center"/>
          </w:tcPr>
          <w:p w14:paraId="4C67F481" w14:textId="77777777" w:rsidR="009B1F84" w:rsidRDefault="00000000">
            <w:r>
              <w:rPr>
                <w:b/>
                <w:sz w:val="21"/>
              </w:rPr>
              <w:t>Sistem</w:t>
            </w:r>
          </w:p>
        </w:tc>
        <w:tc>
          <w:tcPr>
            <w:tcW w:w="6123" w:type="dxa"/>
            <w:vAlign w:val="center"/>
          </w:tcPr>
          <w:p w14:paraId="4B1BCB95" w14:textId="77777777" w:rsidR="009B1F84" w:rsidRDefault="00000000">
            <w:r>
              <w:rPr>
                <w:sz w:val="21"/>
              </w:rPr>
              <w:t>Rulmenți pentru prevenirea înnodării sau răsucirii corzii</w:t>
            </w:r>
          </w:p>
        </w:tc>
      </w:tr>
      <w:tr w:rsidR="009B1F84" w14:paraId="3EA1D399" w14:textId="77777777">
        <w:trPr>
          <w:jc w:val="center"/>
        </w:trPr>
        <w:tc>
          <w:tcPr>
            <w:tcW w:w="3515" w:type="dxa"/>
            <w:vAlign w:val="center"/>
          </w:tcPr>
          <w:p w14:paraId="25669497" w14:textId="77777777" w:rsidR="009B1F84" w:rsidRDefault="00000000">
            <w:r>
              <w:rPr>
                <w:b/>
                <w:sz w:val="21"/>
              </w:rPr>
              <w:t>Destinație</w:t>
            </w:r>
          </w:p>
        </w:tc>
        <w:tc>
          <w:tcPr>
            <w:tcW w:w="6123" w:type="dxa"/>
            <w:vAlign w:val="center"/>
          </w:tcPr>
          <w:p w14:paraId="6B5F35DA" w14:textId="77777777" w:rsidR="009B1F84" w:rsidRDefault="00000000">
            <w:r>
              <w:rPr>
                <w:sz w:val="21"/>
              </w:rPr>
              <w:t>Pentru începători și sportivi profesioniști</w:t>
            </w:r>
          </w:p>
        </w:tc>
      </w:tr>
      <w:tr w:rsidR="009B1F84" w14:paraId="6C6CD679" w14:textId="77777777">
        <w:trPr>
          <w:jc w:val="center"/>
        </w:trPr>
        <w:tc>
          <w:tcPr>
            <w:tcW w:w="3515" w:type="dxa"/>
            <w:vAlign w:val="center"/>
          </w:tcPr>
          <w:p w14:paraId="613F6188" w14:textId="77777777" w:rsidR="009B1F84" w:rsidRDefault="00000000">
            <w:r>
              <w:rPr>
                <w:b/>
                <w:sz w:val="21"/>
              </w:rPr>
              <w:t>Culoare</w:t>
            </w:r>
          </w:p>
        </w:tc>
        <w:tc>
          <w:tcPr>
            <w:tcW w:w="6123" w:type="dxa"/>
            <w:vAlign w:val="center"/>
          </w:tcPr>
          <w:p w14:paraId="578D8D26" w14:textId="77777777" w:rsidR="009B1F84" w:rsidRDefault="00000000">
            <w:r>
              <w:rPr>
                <w:sz w:val="21"/>
              </w:rPr>
              <w:t>Albastru</w:t>
            </w:r>
          </w:p>
        </w:tc>
      </w:tr>
    </w:tbl>
    <w:p w14:paraId="266CE0D6" w14:textId="77777777" w:rsidR="009B1F84" w:rsidRDefault="00000000">
      <w:pPr>
        <w:spacing w:before="160" w:after="80"/>
      </w:pPr>
      <w:r>
        <w:rPr>
          <w:b/>
          <w:sz w:val="23"/>
        </w:rPr>
        <w:t>15. Cerc pentru gimnastică ritmică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6123"/>
      </w:tblGrid>
      <w:tr w:rsidR="009B1F84" w14:paraId="70E77639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39FA3567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Caracteristică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4EDF8B15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Cerință tehnică minimă / maximă</w:t>
            </w:r>
          </w:p>
        </w:tc>
      </w:tr>
      <w:tr w:rsidR="009B1F84" w14:paraId="579DFDB7" w14:textId="77777777">
        <w:trPr>
          <w:jc w:val="center"/>
        </w:trPr>
        <w:tc>
          <w:tcPr>
            <w:tcW w:w="3515" w:type="dxa"/>
            <w:vAlign w:val="center"/>
          </w:tcPr>
          <w:p w14:paraId="7AAF617D" w14:textId="77777777" w:rsidR="009B1F84" w:rsidRDefault="00000000">
            <w:r>
              <w:rPr>
                <w:b/>
                <w:sz w:val="21"/>
              </w:rPr>
              <w:t>Destinație</w:t>
            </w:r>
          </w:p>
        </w:tc>
        <w:tc>
          <w:tcPr>
            <w:tcW w:w="6123" w:type="dxa"/>
            <w:vAlign w:val="center"/>
          </w:tcPr>
          <w:p w14:paraId="353BF11F" w14:textId="77777777" w:rsidR="009B1F84" w:rsidRDefault="00000000">
            <w:r>
              <w:rPr>
                <w:sz w:val="21"/>
              </w:rPr>
              <w:t>Gimnastică ritmică și activități de antrenament</w:t>
            </w:r>
          </w:p>
        </w:tc>
      </w:tr>
      <w:tr w:rsidR="009B1F84" w14:paraId="3DE9A12D" w14:textId="77777777">
        <w:trPr>
          <w:jc w:val="center"/>
        </w:trPr>
        <w:tc>
          <w:tcPr>
            <w:tcW w:w="3515" w:type="dxa"/>
            <w:vAlign w:val="center"/>
          </w:tcPr>
          <w:p w14:paraId="631B2BF2" w14:textId="77777777" w:rsidR="009B1F84" w:rsidRDefault="00000000">
            <w:r>
              <w:rPr>
                <w:b/>
                <w:sz w:val="21"/>
              </w:rPr>
              <w:t>Material</w:t>
            </w:r>
          </w:p>
        </w:tc>
        <w:tc>
          <w:tcPr>
            <w:tcW w:w="6123" w:type="dxa"/>
            <w:vAlign w:val="center"/>
          </w:tcPr>
          <w:p w14:paraId="2471D448" w14:textId="77777777" w:rsidR="009B1F84" w:rsidRDefault="00000000">
            <w:r>
              <w:rPr>
                <w:sz w:val="21"/>
              </w:rPr>
              <w:t>Plastic</w:t>
            </w:r>
          </w:p>
        </w:tc>
      </w:tr>
      <w:tr w:rsidR="009B1F84" w14:paraId="56093921" w14:textId="77777777">
        <w:trPr>
          <w:jc w:val="center"/>
        </w:trPr>
        <w:tc>
          <w:tcPr>
            <w:tcW w:w="3515" w:type="dxa"/>
            <w:vAlign w:val="center"/>
          </w:tcPr>
          <w:p w14:paraId="46D91F14" w14:textId="77777777" w:rsidR="009B1F84" w:rsidRDefault="00000000">
            <w:r>
              <w:rPr>
                <w:b/>
                <w:sz w:val="21"/>
              </w:rPr>
              <w:t>Caracteristici</w:t>
            </w:r>
          </w:p>
        </w:tc>
        <w:tc>
          <w:tcPr>
            <w:tcW w:w="6123" w:type="dxa"/>
            <w:vAlign w:val="center"/>
          </w:tcPr>
          <w:p w14:paraId="128A130B" w14:textId="77777777" w:rsidR="009B1F84" w:rsidRDefault="00000000">
            <w:r>
              <w:rPr>
                <w:sz w:val="21"/>
              </w:rPr>
              <w:t>Ușor, flexibil și rezistent</w:t>
            </w:r>
          </w:p>
        </w:tc>
      </w:tr>
      <w:tr w:rsidR="009B1F84" w14:paraId="4B3E5218" w14:textId="77777777">
        <w:trPr>
          <w:jc w:val="center"/>
        </w:trPr>
        <w:tc>
          <w:tcPr>
            <w:tcW w:w="3515" w:type="dxa"/>
            <w:vAlign w:val="center"/>
          </w:tcPr>
          <w:p w14:paraId="3AE1804E" w14:textId="77777777" w:rsidR="009B1F84" w:rsidRDefault="00000000">
            <w:r>
              <w:rPr>
                <w:b/>
                <w:sz w:val="21"/>
              </w:rPr>
              <w:t>Utilizare</w:t>
            </w:r>
          </w:p>
        </w:tc>
        <w:tc>
          <w:tcPr>
            <w:tcW w:w="6123" w:type="dxa"/>
            <w:vAlign w:val="center"/>
          </w:tcPr>
          <w:p w14:paraId="7803F797" w14:textId="77777777" w:rsidR="009B1F84" w:rsidRDefault="00000000">
            <w:r>
              <w:rPr>
                <w:sz w:val="21"/>
              </w:rPr>
              <w:t>Pentru copii; utilizare inclusiv în aer liber</w:t>
            </w:r>
          </w:p>
        </w:tc>
      </w:tr>
      <w:tr w:rsidR="009B1F84" w14:paraId="4094E8B5" w14:textId="77777777">
        <w:trPr>
          <w:jc w:val="center"/>
        </w:trPr>
        <w:tc>
          <w:tcPr>
            <w:tcW w:w="3515" w:type="dxa"/>
            <w:vAlign w:val="center"/>
          </w:tcPr>
          <w:p w14:paraId="30E02E79" w14:textId="77777777" w:rsidR="009B1F84" w:rsidRDefault="00000000">
            <w:r>
              <w:rPr>
                <w:b/>
                <w:sz w:val="21"/>
              </w:rPr>
              <w:t>Funcționalitate</w:t>
            </w:r>
          </w:p>
        </w:tc>
        <w:tc>
          <w:tcPr>
            <w:tcW w:w="6123" w:type="dxa"/>
            <w:vAlign w:val="center"/>
          </w:tcPr>
          <w:p w14:paraId="2363A3F0" w14:textId="77777777" w:rsidR="009B1F84" w:rsidRDefault="00000000">
            <w:r>
              <w:rPr>
                <w:sz w:val="21"/>
              </w:rPr>
              <w:t>Dezvoltarea dexterității, abilităților motrice și coordonării ochi-mână</w:t>
            </w:r>
          </w:p>
        </w:tc>
      </w:tr>
      <w:tr w:rsidR="009B1F84" w14:paraId="1685E6FC" w14:textId="77777777">
        <w:trPr>
          <w:jc w:val="center"/>
        </w:trPr>
        <w:tc>
          <w:tcPr>
            <w:tcW w:w="3515" w:type="dxa"/>
            <w:vAlign w:val="center"/>
          </w:tcPr>
          <w:p w14:paraId="2BB03C46" w14:textId="77777777" w:rsidR="009B1F84" w:rsidRDefault="00000000">
            <w:r>
              <w:rPr>
                <w:b/>
                <w:sz w:val="21"/>
              </w:rPr>
              <w:t>Culoare</w:t>
            </w:r>
          </w:p>
        </w:tc>
        <w:tc>
          <w:tcPr>
            <w:tcW w:w="6123" w:type="dxa"/>
            <w:vAlign w:val="center"/>
          </w:tcPr>
          <w:p w14:paraId="23051F13" w14:textId="77777777" w:rsidR="009B1F84" w:rsidRDefault="00000000">
            <w:r>
              <w:rPr>
                <w:sz w:val="21"/>
              </w:rPr>
              <w:t>Disponibil în diferite culori</w:t>
            </w:r>
          </w:p>
        </w:tc>
      </w:tr>
    </w:tbl>
    <w:p w14:paraId="29FB052D" w14:textId="77777777" w:rsidR="009B1F84" w:rsidRDefault="00000000">
      <w:pPr>
        <w:spacing w:before="160" w:after="80"/>
      </w:pPr>
      <w:r>
        <w:rPr>
          <w:b/>
          <w:sz w:val="23"/>
        </w:rPr>
        <w:t>16. Minge pentru gimnastică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6123"/>
      </w:tblGrid>
      <w:tr w:rsidR="009B1F84" w14:paraId="368BA520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1E024898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Caracteristică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58A7C05D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Cerință tehnică minimă / maximă</w:t>
            </w:r>
          </w:p>
        </w:tc>
      </w:tr>
      <w:tr w:rsidR="009B1F84" w14:paraId="13B2E625" w14:textId="77777777">
        <w:trPr>
          <w:jc w:val="center"/>
        </w:trPr>
        <w:tc>
          <w:tcPr>
            <w:tcW w:w="3515" w:type="dxa"/>
            <w:vAlign w:val="center"/>
          </w:tcPr>
          <w:p w14:paraId="264A8156" w14:textId="77777777" w:rsidR="009B1F84" w:rsidRDefault="00000000">
            <w:r>
              <w:rPr>
                <w:b/>
                <w:sz w:val="21"/>
              </w:rPr>
              <w:t>Diametru</w:t>
            </w:r>
          </w:p>
        </w:tc>
        <w:tc>
          <w:tcPr>
            <w:tcW w:w="6123" w:type="dxa"/>
            <w:vAlign w:val="center"/>
          </w:tcPr>
          <w:p w14:paraId="13508960" w14:textId="77777777" w:rsidR="009B1F84" w:rsidRDefault="00000000">
            <w:r>
              <w:rPr>
                <w:sz w:val="21"/>
              </w:rPr>
              <w:t>65 cm</w:t>
            </w:r>
          </w:p>
        </w:tc>
      </w:tr>
      <w:tr w:rsidR="009B1F84" w14:paraId="5224F18E" w14:textId="77777777">
        <w:trPr>
          <w:jc w:val="center"/>
        </w:trPr>
        <w:tc>
          <w:tcPr>
            <w:tcW w:w="3515" w:type="dxa"/>
            <w:vAlign w:val="center"/>
          </w:tcPr>
          <w:p w14:paraId="5133CABE" w14:textId="77777777" w:rsidR="009B1F84" w:rsidRDefault="00000000">
            <w:r>
              <w:rPr>
                <w:b/>
                <w:sz w:val="21"/>
              </w:rPr>
              <w:t>Greutate maximă utilizator</w:t>
            </w:r>
          </w:p>
        </w:tc>
        <w:tc>
          <w:tcPr>
            <w:tcW w:w="6123" w:type="dxa"/>
            <w:vAlign w:val="center"/>
          </w:tcPr>
          <w:p w14:paraId="4AF5C8CB" w14:textId="77777777" w:rsidR="009B1F84" w:rsidRDefault="00000000">
            <w:r>
              <w:rPr>
                <w:sz w:val="21"/>
              </w:rPr>
              <w:t>Minimum 90 kg</w:t>
            </w:r>
          </w:p>
        </w:tc>
      </w:tr>
      <w:tr w:rsidR="009B1F84" w14:paraId="53F1AA6D" w14:textId="77777777">
        <w:trPr>
          <w:jc w:val="center"/>
        </w:trPr>
        <w:tc>
          <w:tcPr>
            <w:tcW w:w="3515" w:type="dxa"/>
            <w:vAlign w:val="center"/>
          </w:tcPr>
          <w:p w14:paraId="6E53BE4F" w14:textId="77777777" w:rsidR="009B1F84" w:rsidRDefault="00000000">
            <w:r>
              <w:rPr>
                <w:b/>
                <w:sz w:val="21"/>
              </w:rPr>
              <w:t>Destinație</w:t>
            </w:r>
          </w:p>
        </w:tc>
        <w:tc>
          <w:tcPr>
            <w:tcW w:w="6123" w:type="dxa"/>
            <w:vAlign w:val="center"/>
          </w:tcPr>
          <w:p w14:paraId="1DB8C1DB" w14:textId="77777777" w:rsidR="009B1F84" w:rsidRDefault="00000000">
            <w:r>
              <w:rPr>
                <w:sz w:val="21"/>
              </w:rPr>
              <w:t>Fitness și kinetoterapie / recuperare</w:t>
            </w:r>
          </w:p>
        </w:tc>
      </w:tr>
      <w:tr w:rsidR="009B1F84" w14:paraId="2B4A8490" w14:textId="77777777">
        <w:trPr>
          <w:jc w:val="center"/>
        </w:trPr>
        <w:tc>
          <w:tcPr>
            <w:tcW w:w="3515" w:type="dxa"/>
            <w:vAlign w:val="center"/>
          </w:tcPr>
          <w:p w14:paraId="7923F674" w14:textId="77777777" w:rsidR="009B1F84" w:rsidRDefault="00000000">
            <w:r>
              <w:rPr>
                <w:b/>
                <w:sz w:val="21"/>
              </w:rPr>
              <w:t>Funcționalitate</w:t>
            </w:r>
          </w:p>
        </w:tc>
        <w:tc>
          <w:tcPr>
            <w:tcW w:w="6123" w:type="dxa"/>
            <w:vAlign w:val="center"/>
          </w:tcPr>
          <w:p w14:paraId="73B2BEB1" w14:textId="77777777" w:rsidR="009B1F84" w:rsidRDefault="00000000">
            <w:r>
              <w:rPr>
                <w:sz w:val="21"/>
              </w:rPr>
              <w:t>Exerciții pentru menținerea echilibrului și activarea musculaturii</w:t>
            </w:r>
          </w:p>
        </w:tc>
      </w:tr>
      <w:tr w:rsidR="009B1F84" w14:paraId="5766F684" w14:textId="77777777">
        <w:trPr>
          <w:jc w:val="center"/>
        </w:trPr>
        <w:tc>
          <w:tcPr>
            <w:tcW w:w="3515" w:type="dxa"/>
            <w:vAlign w:val="center"/>
          </w:tcPr>
          <w:p w14:paraId="64CC5051" w14:textId="77777777" w:rsidR="009B1F84" w:rsidRDefault="00000000">
            <w:r>
              <w:rPr>
                <w:b/>
                <w:sz w:val="21"/>
              </w:rPr>
              <w:t>Culoare</w:t>
            </w:r>
          </w:p>
        </w:tc>
        <w:tc>
          <w:tcPr>
            <w:tcW w:w="6123" w:type="dxa"/>
            <w:vAlign w:val="center"/>
          </w:tcPr>
          <w:p w14:paraId="0D32229F" w14:textId="77777777" w:rsidR="009B1F84" w:rsidRDefault="00000000">
            <w:r>
              <w:rPr>
                <w:sz w:val="21"/>
              </w:rPr>
              <w:t>Roșu</w:t>
            </w:r>
          </w:p>
        </w:tc>
      </w:tr>
    </w:tbl>
    <w:p w14:paraId="69FC49C7" w14:textId="77777777" w:rsidR="005E753B" w:rsidRDefault="005E753B">
      <w:pPr>
        <w:spacing w:before="160" w:after="80"/>
        <w:rPr>
          <w:b/>
          <w:sz w:val="23"/>
        </w:rPr>
      </w:pPr>
    </w:p>
    <w:p w14:paraId="4486D84D" w14:textId="77777777" w:rsidR="005E753B" w:rsidRDefault="005E753B">
      <w:pPr>
        <w:spacing w:before="160" w:after="80"/>
        <w:rPr>
          <w:b/>
          <w:sz w:val="23"/>
        </w:rPr>
      </w:pPr>
    </w:p>
    <w:p w14:paraId="240C0E1B" w14:textId="0EA7557A" w:rsidR="009B1F84" w:rsidRDefault="00000000">
      <w:pPr>
        <w:spacing w:before="160" w:after="80"/>
      </w:pPr>
      <w:r>
        <w:rPr>
          <w:b/>
          <w:sz w:val="23"/>
        </w:rPr>
        <w:lastRenderedPageBreak/>
        <w:t>17. Podoscop plantar</w:t>
      </w:r>
    </w:p>
    <w:tbl>
      <w:tblPr>
        <w:tblStyle w:val="Tabelgril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6123"/>
      </w:tblGrid>
      <w:tr w:rsidR="009B1F84" w14:paraId="3880A94B" w14:textId="77777777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7D85E7B7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Caracteristică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15174361" w14:textId="77777777" w:rsidR="009B1F84" w:rsidRDefault="00000000">
            <w:pPr>
              <w:jc w:val="center"/>
            </w:pPr>
            <w:r>
              <w:rPr>
                <w:b/>
                <w:sz w:val="21"/>
              </w:rPr>
              <w:t>Cerință tehnică minimă / maximă</w:t>
            </w:r>
          </w:p>
        </w:tc>
      </w:tr>
      <w:tr w:rsidR="009B1F84" w14:paraId="6DC65092" w14:textId="77777777">
        <w:trPr>
          <w:jc w:val="center"/>
        </w:trPr>
        <w:tc>
          <w:tcPr>
            <w:tcW w:w="3515" w:type="dxa"/>
            <w:vAlign w:val="center"/>
          </w:tcPr>
          <w:p w14:paraId="3AEB7FE8" w14:textId="77777777" w:rsidR="009B1F84" w:rsidRDefault="00000000">
            <w:r>
              <w:rPr>
                <w:b/>
                <w:sz w:val="21"/>
              </w:rPr>
              <w:t>Tip</w:t>
            </w:r>
          </w:p>
        </w:tc>
        <w:tc>
          <w:tcPr>
            <w:tcW w:w="6123" w:type="dxa"/>
            <w:vAlign w:val="center"/>
          </w:tcPr>
          <w:p w14:paraId="7796C311" w14:textId="77777777" w:rsidR="009B1F84" w:rsidRDefault="00000000">
            <w:r>
              <w:rPr>
                <w:sz w:val="21"/>
              </w:rPr>
              <w:t>Podoscop luminat cu oglindă și cameră încorporată</w:t>
            </w:r>
          </w:p>
        </w:tc>
      </w:tr>
      <w:tr w:rsidR="009B1F84" w14:paraId="31D4318C" w14:textId="77777777">
        <w:trPr>
          <w:jc w:val="center"/>
        </w:trPr>
        <w:tc>
          <w:tcPr>
            <w:tcW w:w="3515" w:type="dxa"/>
            <w:vAlign w:val="center"/>
          </w:tcPr>
          <w:p w14:paraId="6C0DD25E" w14:textId="77777777" w:rsidR="009B1F84" w:rsidRDefault="00000000">
            <w:r>
              <w:rPr>
                <w:b/>
                <w:sz w:val="21"/>
              </w:rPr>
              <w:t>Cameră</w:t>
            </w:r>
          </w:p>
        </w:tc>
        <w:tc>
          <w:tcPr>
            <w:tcW w:w="6123" w:type="dxa"/>
            <w:vAlign w:val="center"/>
          </w:tcPr>
          <w:p w14:paraId="694C5E8D" w14:textId="77777777" w:rsidR="009B1F84" w:rsidRDefault="00000000">
            <w:r>
              <w:rPr>
                <w:sz w:val="21"/>
              </w:rPr>
              <w:t>Full HD</w:t>
            </w:r>
          </w:p>
        </w:tc>
      </w:tr>
      <w:tr w:rsidR="009B1F84" w14:paraId="5EEB4D85" w14:textId="77777777">
        <w:trPr>
          <w:jc w:val="center"/>
        </w:trPr>
        <w:tc>
          <w:tcPr>
            <w:tcW w:w="3515" w:type="dxa"/>
            <w:vAlign w:val="center"/>
          </w:tcPr>
          <w:p w14:paraId="347D9809" w14:textId="77777777" w:rsidR="009B1F84" w:rsidRDefault="00000000">
            <w:r>
              <w:rPr>
                <w:b/>
                <w:sz w:val="21"/>
              </w:rPr>
              <w:t>Funcții cameră</w:t>
            </w:r>
          </w:p>
        </w:tc>
        <w:tc>
          <w:tcPr>
            <w:tcW w:w="6123" w:type="dxa"/>
            <w:vAlign w:val="center"/>
          </w:tcPr>
          <w:p w14:paraId="513E5262" w14:textId="77777777" w:rsidR="009B1F84" w:rsidRDefault="00000000">
            <w:r>
              <w:rPr>
                <w:sz w:val="21"/>
              </w:rPr>
              <w:t>Fotografiere și înregistrare video</w:t>
            </w:r>
          </w:p>
        </w:tc>
      </w:tr>
      <w:tr w:rsidR="009B1F84" w14:paraId="178C64CB" w14:textId="77777777">
        <w:trPr>
          <w:jc w:val="center"/>
        </w:trPr>
        <w:tc>
          <w:tcPr>
            <w:tcW w:w="3515" w:type="dxa"/>
            <w:vAlign w:val="center"/>
          </w:tcPr>
          <w:p w14:paraId="0409D1F1" w14:textId="77777777" w:rsidR="009B1F84" w:rsidRDefault="00000000">
            <w:r>
              <w:rPr>
                <w:b/>
                <w:sz w:val="21"/>
              </w:rPr>
              <w:t>Viteză înregistrare</w:t>
            </w:r>
          </w:p>
        </w:tc>
        <w:tc>
          <w:tcPr>
            <w:tcW w:w="6123" w:type="dxa"/>
            <w:vAlign w:val="center"/>
          </w:tcPr>
          <w:p w14:paraId="07C7D03D" w14:textId="77777777" w:rsidR="009B1F84" w:rsidRDefault="00000000">
            <w:r>
              <w:rPr>
                <w:sz w:val="21"/>
              </w:rPr>
              <w:t>Minimum 30 cadre/secundă</w:t>
            </w:r>
          </w:p>
        </w:tc>
      </w:tr>
      <w:tr w:rsidR="009B1F84" w14:paraId="0EE7B215" w14:textId="77777777">
        <w:trPr>
          <w:jc w:val="center"/>
        </w:trPr>
        <w:tc>
          <w:tcPr>
            <w:tcW w:w="3515" w:type="dxa"/>
            <w:vAlign w:val="center"/>
          </w:tcPr>
          <w:p w14:paraId="00036ECE" w14:textId="77777777" w:rsidR="009B1F84" w:rsidRDefault="00000000">
            <w:r>
              <w:rPr>
                <w:b/>
                <w:sz w:val="21"/>
              </w:rPr>
              <w:t>Software</w:t>
            </w:r>
          </w:p>
        </w:tc>
        <w:tc>
          <w:tcPr>
            <w:tcW w:w="6123" w:type="dxa"/>
            <w:vAlign w:val="center"/>
          </w:tcPr>
          <w:p w14:paraId="1EBE8B03" w14:textId="77777777" w:rsidR="009B1F84" w:rsidRDefault="00000000">
            <w:r>
              <w:rPr>
                <w:sz w:val="21"/>
              </w:rPr>
              <w:t>Software pentru arhivarea fotografiilor și înregistrărilor video de la examinarea piciorului</w:t>
            </w:r>
          </w:p>
        </w:tc>
      </w:tr>
      <w:tr w:rsidR="009B1F84" w14:paraId="7D176228" w14:textId="77777777">
        <w:trPr>
          <w:jc w:val="center"/>
        </w:trPr>
        <w:tc>
          <w:tcPr>
            <w:tcW w:w="3515" w:type="dxa"/>
            <w:vAlign w:val="center"/>
          </w:tcPr>
          <w:p w14:paraId="69A79592" w14:textId="77777777" w:rsidR="009B1F84" w:rsidRDefault="00000000">
            <w:r>
              <w:rPr>
                <w:b/>
                <w:sz w:val="21"/>
              </w:rPr>
              <w:t>Utilizare</w:t>
            </w:r>
          </w:p>
        </w:tc>
        <w:tc>
          <w:tcPr>
            <w:tcW w:w="6123" w:type="dxa"/>
            <w:vAlign w:val="center"/>
          </w:tcPr>
          <w:p w14:paraId="5D22049A" w14:textId="77777777" w:rsidR="009B1F84" w:rsidRDefault="00000000">
            <w:r>
              <w:rPr>
                <w:sz w:val="21"/>
              </w:rPr>
              <w:t>Examinarea picioarelor copiilor și adulților</w:t>
            </w:r>
          </w:p>
        </w:tc>
      </w:tr>
      <w:tr w:rsidR="009B1F84" w14:paraId="21329D6A" w14:textId="77777777">
        <w:trPr>
          <w:jc w:val="center"/>
        </w:trPr>
        <w:tc>
          <w:tcPr>
            <w:tcW w:w="3515" w:type="dxa"/>
            <w:vAlign w:val="center"/>
          </w:tcPr>
          <w:p w14:paraId="051D8D0C" w14:textId="77777777" w:rsidR="009B1F84" w:rsidRDefault="00000000">
            <w:r>
              <w:rPr>
                <w:b/>
                <w:sz w:val="21"/>
              </w:rPr>
              <w:t>Suprafață</w:t>
            </w:r>
          </w:p>
        </w:tc>
        <w:tc>
          <w:tcPr>
            <w:tcW w:w="6123" w:type="dxa"/>
            <w:vAlign w:val="center"/>
          </w:tcPr>
          <w:p w14:paraId="59B8CA38" w14:textId="77777777" w:rsidR="009B1F84" w:rsidRDefault="00000000">
            <w:r>
              <w:rPr>
                <w:sz w:val="21"/>
              </w:rPr>
              <w:t>Placă transparentă din policarbonat</w:t>
            </w:r>
          </w:p>
        </w:tc>
      </w:tr>
      <w:tr w:rsidR="009B1F84" w14:paraId="4A047D04" w14:textId="77777777">
        <w:trPr>
          <w:jc w:val="center"/>
        </w:trPr>
        <w:tc>
          <w:tcPr>
            <w:tcW w:w="3515" w:type="dxa"/>
            <w:vAlign w:val="center"/>
          </w:tcPr>
          <w:p w14:paraId="2DCDA188" w14:textId="77777777" w:rsidR="009B1F84" w:rsidRDefault="00000000">
            <w:r>
              <w:rPr>
                <w:b/>
                <w:sz w:val="21"/>
              </w:rPr>
              <w:t>Rezistență la sarcină statică</w:t>
            </w:r>
          </w:p>
        </w:tc>
        <w:tc>
          <w:tcPr>
            <w:tcW w:w="6123" w:type="dxa"/>
            <w:vAlign w:val="center"/>
          </w:tcPr>
          <w:p w14:paraId="44BAB6D2" w14:textId="124DE4DB" w:rsidR="009B1F84" w:rsidRDefault="005E753B">
            <w:r>
              <w:rPr>
                <w:sz w:val="21"/>
              </w:rPr>
              <w:t>Maximum</w:t>
            </w:r>
            <w:r w:rsidR="00000000">
              <w:rPr>
                <w:sz w:val="21"/>
              </w:rPr>
              <w:t>150 kg</w:t>
            </w:r>
          </w:p>
        </w:tc>
      </w:tr>
      <w:tr w:rsidR="009B1F84" w14:paraId="6E56171E" w14:textId="77777777">
        <w:trPr>
          <w:jc w:val="center"/>
        </w:trPr>
        <w:tc>
          <w:tcPr>
            <w:tcW w:w="3515" w:type="dxa"/>
            <w:vAlign w:val="center"/>
          </w:tcPr>
          <w:p w14:paraId="293CDD6B" w14:textId="77777777" w:rsidR="009B1F84" w:rsidRDefault="00000000">
            <w:r>
              <w:rPr>
                <w:b/>
                <w:sz w:val="21"/>
              </w:rPr>
              <w:t>Oglindă</w:t>
            </w:r>
          </w:p>
        </w:tc>
        <w:tc>
          <w:tcPr>
            <w:tcW w:w="6123" w:type="dxa"/>
            <w:vAlign w:val="center"/>
          </w:tcPr>
          <w:p w14:paraId="1F0718FB" w14:textId="77777777" w:rsidR="009B1F84" w:rsidRDefault="00000000">
            <w:r>
              <w:rPr>
                <w:sz w:val="21"/>
              </w:rPr>
              <w:t>Amplasată în partea inferioară</w:t>
            </w:r>
          </w:p>
        </w:tc>
      </w:tr>
      <w:tr w:rsidR="009B1F84" w14:paraId="4075C5FB" w14:textId="77777777">
        <w:trPr>
          <w:jc w:val="center"/>
        </w:trPr>
        <w:tc>
          <w:tcPr>
            <w:tcW w:w="3515" w:type="dxa"/>
            <w:vAlign w:val="center"/>
          </w:tcPr>
          <w:p w14:paraId="77C1D41A" w14:textId="77777777" w:rsidR="009B1F84" w:rsidRDefault="00000000">
            <w:r>
              <w:rPr>
                <w:b/>
                <w:sz w:val="21"/>
              </w:rPr>
              <w:t>Iluminare</w:t>
            </w:r>
          </w:p>
        </w:tc>
        <w:tc>
          <w:tcPr>
            <w:tcW w:w="6123" w:type="dxa"/>
            <w:vAlign w:val="center"/>
          </w:tcPr>
          <w:p w14:paraId="61F2F389" w14:textId="77777777" w:rsidR="009B1F84" w:rsidRDefault="00000000">
            <w:r>
              <w:rPr>
                <w:sz w:val="21"/>
              </w:rPr>
              <w:t>Diode LED colorate</w:t>
            </w:r>
          </w:p>
        </w:tc>
      </w:tr>
      <w:tr w:rsidR="009B1F84" w14:paraId="59A23622" w14:textId="77777777">
        <w:trPr>
          <w:jc w:val="center"/>
        </w:trPr>
        <w:tc>
          <w:tcPr>
            <w:tcW w:w="3515" w:type="dxa"/>
            <w:vAlign w:val="center"/>
          </w:tcPr>
          <w:p w14:paraId="013907A7" w14:textId="77777777" w:rsidR="009B1F84" w:rsidRDefault="00000000">
            <w:r>
              <w:rPr>
                <w:b/>
                <w:sz w:val="21"/>
              </w:rPr>
              <w:t>Tensiune iluminare</w:t>
            </w:r>
          </w:p>
        </w:tc>
        <w:tc>
          <w:tcPr>
            <w:tcW w:w="6123" w:type="dxa"/>
            <w:vAlign w:val="center"/>
          </w:tcPr>
          <w:p w14:paraId="03E74081" w14:textId="77777777" w:rsidR="009B1F84" w:rsidRDefault="00000000">
            <w:r>
              <w:rPr>
                <w:sz w:val="21"/>
              </w:rPr>
              <w:t>12 V</w:t>
            </w:r>
          </w:p>
        </w:tc>
      </w:tr>
      <w:tr w:rsidR="009B1F84" w14:paraId="09767997" w14:textId="77777777">
        <w:trPr>
          <w:jc w:val="center"/>
        </w:trPr>
        <w:tc>
          <w:tcPr>
            <w:tcW w:w="3515" w:type="dxa"/>
            <w:vAlign w:val="center"/>
          </w:tcPr>
          <w:p w14:paraId="3F038E33" w14:textId="77777777" w:rsidR="009B1F84" w:rsidRDefault="00000000">
            <w:r>
              <w:rPr>
                <w:b/>
                <w:sz w:val="21"/>
              </w:rPr>
              <w:t>Dimensiuni</w:t>
            </w:r>
          </w:p>
        </w:tc>
        <w:tc>
          <w:tcPr>
            <w:tcW w:w="6123" w:type="dxa"/>
            <w:vAlign w:val="center"/>
          </w:tcPr>
          <w:p w14:paraId="06731EEF" w14:textId="77777777" w:rsidR="009B1F84" w:rsidRDefault="00000000">
            <w:r>
              <w:rPr>
                <w:sz w:val="21"/>
              </w:rPr>
              <w:t>39 × 43 × 20 cm</w:t>
            </w:r>
          </w:p>
        </w:tc>
      </w:tr>
      <w:tr w:rsidR="009B1F84" w14:paraId="62D06077" w14:textId="77777777">
        <w:trPr>
          <w:jc w:val="center"/>
        </w:trPr>
        <w:tc>
          <w:tcPr>
            <w:tcW w:w="3515" w:type="dxa"/>
            <w:vAlign w:val="center"/>
          </w:tcPr>
          <w:p w14:paraId="21234344" w14:textId="77777777" w:rsidR="009B1F84" w:rsidRDefault="00000000">
            <w:r>
              <w:rPr>
                <w:b/>
                <w:sz w:val="21"/>
              </w:rPr>
              <w:t>Greutate</w:t>
            </w:r>
          </w:p>
        </w:tc>
        <w:tc>
          <w:tcPr>
            <w:tcW w:w="6123" w:type="dxa"/>
            <w:vAlign w:val="center"/>
          </w:tcPr>
          <w:p w14:paraId="60D83E06" w14:textId="77777777" w:rsidR="009B1F84" w:rsidRDefault="00000000">
            <w:r>
              <w:rPr>
                <w:sz w:val="21"/>
              </w:rPr>
              <w:t>8,6 kg</w:t>
            </w:r>
          </w:p>
        </w:tc>
      </w:tr>
    </w:tbl>
    <w:p w14:paraId="6F11B1D5" w14:textId="77777777" w:rsidR="000D2FA5" w:rsidRDefault="000D2FA5"/>
    <w:p>
      <w:pPr>
        <w:spacing w:before="160" w:after="80"/>
      </w:pPr>
      <w:r>
        <w:rPr>
          <w:b/>
          <w:sz w:val="23"/>
        </w:rPr>
        <w:t>18. Poster / afiș educativ</w:t>
      </w:r>
    </w:p>
    <w:tbl>
      <w:tblPr>
        <w:tblStyle w:val="Tabelgril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443"/>
      </w:tblGrid>
      <w:tr>
        <w:tc>
          <w:tcPr>
            <w:tcW w:type="dxa" w:w="4422"/>
            <w:vAlign w:val="center"/>
            <w:shd w:val="clear" w:color="auto"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Caracteristică</w:t>
            </w:r>
          </w:p>
        </w:tc>
        <w:tc>
          <w:tcPr>
            <w:tcW w:type="dxa" w:w="5443"/>
            <w:vAlign w:val="center"/>
            <w:shd w:val="clear" w:color="auto"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Cerință tehnică minimă / maximă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Format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A2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Hârtie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Minimum 150 g/m²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Tipar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Color 4+0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Conținut grafic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Ilustrații și diagrame educative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Tematică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Minimum 5 teme privind igiena personală, alimentația sănătoasă și exercițiile fizice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Destinație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Susținerea sesiunilor educaționale și facilitarea înțelegerii vizuale a conceptelor discutate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Cantitate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20 bucăți, câte 4 bucăți pentru fiecare dintre cele 5 teme</w:t>
            </w:r>
          </w:p>
        </w:tc>
      </w:tr>
    </w:tbl>
    <w:p>
      <w:pPr>
        <w:spacing w:before="160" w:after="80"/>
      </w:pPr>
      <w:r>
        <w:rPr>
          <w:b/>
          <w:sz w:val="23"/>
        </w:rPr>
        <w:t>19. Pliant informativ pentru copii și părinți</w:t>
      </w:r>
    </w:p>
    <w:tbl>
      <w:tblPr>
        <w:tblStyle w:val="Tabelgril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443"/>
      </w:tblGrid>
      <w:tr>
        <w:tc>
          <w:tcPr>
            <w:tcW w:type="dxa" w:w="4422"/>
            <w:vAlign w:val="center"/>
            <w:shd w:val="clear" w:color="auto"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Caracteristică</w:t>
            </w:r>
          </w:p>
        </w:tc>
        <w:tc>
          <w:tcPr>
            <w:tcW w:type="dxa" w:w="5443"/>
            <w:vAlign w:val="center"/>
            <w:shd w:val="clear" w:color="auto"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Cerință tehnică minimă / maximă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Format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A4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Hârtie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Minimum 170 g/m²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Tipar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Color 4+4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Finisare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Pliat în trei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Conținut grafic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Ilustrații și diagrame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Tematică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Minimum 5 teme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Destinație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Material informativ destinat copiilor și părinților, pentru consolidarea informațiilor prezentate în cadrul sesiunilor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Cantitate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1.330 bucăți, câte 266 bucăți pentru fiecare dintre cele 5 teme</w:t>
            </w:r>
          </w:p>
        </w:tc>
      </w:tr>
    </w:tbl>
    <w:p>
      <w:pPr>
        <w:spacing w:before="160" w:after="80"/>
      </w:pPr>
      <w:r>
        <w:rPr>
          <w:b/>
          <w:sz w:val="23"/>
        </w:rPr>
        <w:t>20. Pliant de prezentare pentru părinți</w:t>
      </w:r>
    </w:p>
    <w:tbl>
      <w:tblPr>
        <w:tblStyle w:val="Tabelgril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443"/>
      </w:tblGrid>
      <w:tr>
        <w:tc>
          <w:tcPr>
            <w:tcW w:type="dxa" w:w="4422"/>
            <w:vAlign w:val="center"/>
            <w:shd w:val="clear" w:color="auto"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Caracteristică</w:t>
            </w:r>
          </w:p>
        </w:tc>
        <w:tc>
          <w:tcPr>
            <w:tcW w:type="dxa" w:w="5443"/>
            <w:vAlign w:val="center"/>
            <w:shd w:val="clear" w:color="auto"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Cerință tehnică minimă / maximă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Format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A4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Hârtie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Minimum 170 g/m²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Tipar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Color 4+4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Finisare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Pliat în trei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Conținut grafic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Design cu ilustrații și diagrame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Destinație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Informarea părinților cu privire la activitățile zilnice care sprijină dezvoltarea motorie a copiilor</w:t>
            </w:r>
          </w:p>
        </w:tc>
      </w:tr>
      <w:tr>
        <w:tc>
          <w:tcPr>
            <w:tcW w:type="dxa" w:w="4422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Cantitate</w:t>
            </w:r>
          </w:p>
        </w:tc>
        <w:tc>
          <w:tcPr>
            <w:tcW w:type="dxa" w:w="5443"/>
            <w:vAlign w:val="center"/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b w:val="0"/>
                <w:sz w:val="21"/>
              </w:rPr>
              <w:t>266 bucăți</w:t>
            </w:r>
          </w:p>
        </w:tc>
      </w:tr>
    </w:tbl>
    <w:p>
      <w:pPr>
        <w:spacing w:after="0"/>
      </w:pPr>
    </w:p>
    <w:sectPr w:rsidR="000D2FA5" w:rsidSect="00034616">
      <w:foot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9DF22" w14:textId="77777777" w:rsidR="000D2FA5" w:rsidRDefault="000D2FA5">
      <w:pPr>
        <w:spacing w:after="0" w:line="240" w:lineRule="auto"/>
      </w:pPr>
      <w:r>
        <w:separator/>
      </w:r>
    </w:p>
  </w:endnote>
  <w:endnote w:type="continuationSeparator" w:id="0">
    <w:p w14:paraId="3ADDE410" w14:textId="77777777" w:rsidR="000D2FA5" w:rsidRDefault="000D2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65AC5" w14:textId="07C1FBE9" w:rsidR="009B1F84" w:rsidRDefault="009B1F84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23EE4" w14:textId="77777777" w:rsidR="000D2FA5" w:rsidRDefault="000D2FA5">
      <w:pPr>
        <w:spacing w:after="0" w:line="240" w:lineRule="auto"/>
      </w:pPr>
      <w:r>
        <w:separator/>
      </w:r>
    </w:p>
  </w:footnote>
  <w:footnote w:type="continuationSeparator" w:id="0">
    <w:p w14:paraId="5C227DF4" w14:textId="77777777" w:rsidR="000D2FA5" w:rsidRDefault="000D2F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0612922">
    <w:abstractNumId w:val="8"/>
  </w:num>
  <w:num w:numId="2" w16cid:durableId="199248570">
    <w:abstractNumId w:val="6"/>
  </w:num>
  <w:num w:numId="3" w16cid:durableId="1549953578">
    <w:abstractNumId w:val="5"/>
  </w:num>
  <w:num w:numId="4" w16cid:durableId="1780418244">
    <w:abstractNumId w:val="4"/>
  </w:num>
  <w:num w:numId="5" w16cid:durableId="988366269">
    <w:abstractNumId w:val="7"/>
  </w:num>
  <w:num w:numId="6" w16cid:durableId="1903367529">
    <w:abstractNumId w:val="3"/>
  </w:num>
  <w:num w:numId="7" w16cid:durableId="603611276">
    <w:abstractNumId w:val="2"/>
  </w:num>
  <w:num w:numId="8" w16cid:durableId="1322736221">
    <w:abstractNumId w:val="1"/>
  </w:num>
  <w:num w:numId="9" w16cid:durableId="1335761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FA5"/>
    <w:rsid w:val="0015074B"/>
    <w:rsid w:val="0029639D"/>
    <w:rsid w:val="00326F90"/>
    <w:rsid w:val="00361B8E"/>
    <w:rsid w:val="004C5A2A"/>
    <w:rsid w:val="00536B58"/>
    <w:rsid w:val="005E753B"/>
    <w:rsid w:val="008E7FC3"/>
    <w:rsid w:val="009B1F8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49F314"/>
  <w14:defaultImageDpi w14:val="300"/>
  <w15:docId w15:val="{5F6956D1-F7EC-4A67-A3D6-D5903743D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1308</Words>
  <Characters>7461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2026-09-15T04:39:00Z</dcterms:created>
  <dcterms:modified xsi:type="dcterms:W3CDTF">2026-09-15T04:39:00Z</dcterms:modified>
  <cp:category/>
</cp:coreProperties>
</file>